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ח׳</w:t>
      </w:r>
    </w:p>
    <w:p>
      <w:pPr>
        <w:bidi w:val="1"/>
        <w:jc w:val="center"/>
      </w:pPr>
      <w:r>
        <w:rPr>
          <w:rFonts w:ascii="Arial" w:hAnsi="Arial" w:cs="Arial"/>
          <w:b/>
          <w:color w:val="2B8F86"/>
          <w:sz w:val="32"/>
          <w:rtl w:val="1"/>
          <w:szCs w:val="32"/>
          <w:bCs/>
        </w:rPr>
        <w:t>מהדורה למורה · חנ״מ – מותאם</w:t>
      </w:r>
    </w:p>
    <w:p>
      <w:pPr>
        <w:bidi w:val="1"/>
        <w:jc w:val="center"/>
      </w:pPr>
      <w:r>
        <w:rPr>
          <w:rFonts w:ascii="Arial" w:hAnsi="Arial" w:cs="Arial"/>
          <w:b w:val="0"/>
          <w:color w:val="5D5675"/>
          <w:sz w:val="24"/>
          <w:rtl w:val="1"/>
          <w:szCs w:val="24"/>
        </w:rPr>
        <w:t>גרסה מותאמת: טקסטים קצרים, 3 אפשרויות,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דגשים להוראה בגרסה זו</w:t>
      </w:r>
    </w:p>
    <w:p>
      <w:pPr>
        <w:bidi w:val="1"/>
        <w:jc w:val="right"/>
      </w:pPr>
      <w:r>
        <w:rPr>
          <w:rFonts w:ascii="Arial" w:hAnsi="Arial" w:cs="Arial"/>
          <w:b w:val="0"/>
          <w:sz w:val="23"/>
          <w:rtl w:val="1"/>
          <w:szCs w:val="23"/>
        </w:rPr>
        <w:t>• קוראים יחד בקול; כפתור ההקראה באתר זמין בכל משימה.</w:t>
      </w:r>
    </w:p>
    <w:p>
      <w:pPr>
        <w:bidi w:val="1"/>
        <w:jc w:val="right"/>
      </w:pPr>
      <w:r>
        <w:rPr>
          <w:rFonts w:ascii="Arial" w:hAnsi="Arial" w:cs="Arial"/>
          <w:b w:val="0"/>
          <w:sz w:val="23"/>
          <w:rtl w:val="1"/>
          <w:szCs w:val="23"/>
        </w:rPr>
        <w:t>• בכל שאלה 3 אפשרויות בלבד ופתיח משפט מוכן. אין מגבלת זמן.</w:t>
      </w:r>
    </w:p>
    <w:p>
      <w:pPr>
        <w:bidi w:val="1"/>
        <w:jc w:val="right"/>
      </w:pPr>
      <w:r>
        <w:rPr>
          <w:rFonts w:ascii="Arial" w:hAnsi="Arial" w:cs="Arial"/>
          <w:b w:val="0"/>
          <w:sz w:val="23"/>
          <w:rtl w:val="1"/>
          <w:szCs w:val="23"/>
        </w:rPr>
        <w:t>• צבעים קבועים לממדים: איתור = טורקיז, פרשנות = ורוד, הערכה = סגול.</w:t>
      </w:r>
    </w:p>
    <w:p>
      <w:pPr>
        <w:bidi w:val="1"/>
        <w:jc w:val="right"/>
      </w:pPr>
      <w:r>
        <w:rPr>
          <w:rFonts w:ascii="Arial" w:hAnsi="Arial" w:cs="Arial"/>
          <w:b w:val="0"/>
          <w:sz w:val="23"/>
          <w:rtl w:val="1"/>
          <w:szCs w:val="23"/>
        </w:rPr>
        <w:t>• אחרי שתי טעויות – רמז מדורג (מכוון, לא נותן את התשובה).</w:t>
      </w:r>
    </w:p>
    <w:p>
      <w:pPr>
        <w:bidi w:val="1"/>
        <w:jc w:val="right"/>
      </w:pPr>
      <w:r>
        <w:rPr>
          <w:rFonts w:ascii="Arial" w:hAnsi="Arial" w:cs="Arial"/>
          <w:b w:val="0"/>
          <w:sz w:val="23"/>
          <w:rtl w:val="1"/>
          <w:szCs w:val="23"/>
        </w:rPr>
        <w:t>• אפשר לעבוד על טקסט אחד בשיעור ולחלק את השאלות לנתחים.</w:t>
      </w:r>
    </w:p>
    <w:p>
      <w:pPr>
        <w:pStyle w:val="Heading3"/>
        <w:bidi w:val="1"/>
        <w:jc w:val="right"/>
      </w:pPr>
      <w:r>
        <w:rPr>
          <w:rFonts w:ascii="Arial" w:hAnsi="Arial" w:cs="Arial"/>
          <w:b/>
          <w:color w:val="6B4FC4"/>
          <w:sz w:val="26"/>
          <w:rtl w:val="1"/>
          <w:szCs w:val="26"/>
          <w:bCs/>
        </w:rPr>
        <w:t>מערך מקוצר – 2 שיעורים</w:t>
      </w:r>
    </w:p>
    <w:p>
      <w:pPr>
        <w:bidi w:val="1"/>
        <w:jc w:val="right"/>
      </w:pPr>
      <w:r>
        <w:rPr>
          <w:rFonts w:ascii="Arial" w:hAnsi="Arial" w:cs="Arial"/>
          <w:b w:val="0"/>
          <w:sz w:val="23"/>
          <w:rtl w:val="1"/>
          <w:szCs w:val="23"/>
        </w:rPr>
        <w:t>• שיעור 1: כרזת השלבים + דף ״מפרקים שאלה יחד״ + טקסט 1.</w:t>
      </w:r>
    </w:p>
    <w:p>
      <w:pPr>
        <w:bidi w:val="1"/>
        <w:jc w:val="right"/>
      </w:pPr>
      <w:r>
        <w:rPr>
          <w:rFonts w:ascii="Arial" w:hAnsi="Arial" w:cs="Arial"/>
          <w:b w:val="0"/>
          <w:sz w:val="23"/>
          <w:rtl w:val="1"/>
          <w:szCs w:val="23"/>
        </w:rPr>
        <w:t>• שיעור 2: טקסטים 2–3 בזוגות, בדיקה עצמית וכרטיס יציאה. טקסטים 4–5 – להמשך או להעשרה.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השבוע הדיגיטלי שלנו (אינפוגרפיקה)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תלמידים היו בסקר?</w:t>
            </w:r>
          </w:p>
        </w:tc>
        <w:tc>
          <w:tcPr>
            <w:tcW w:type="dxa" w:w="2062"/>
          </w:tcPr>
          <w:p>
            <w:pPr>
              <w:bidi w:val="1"/>
              <w:jc w:val="right"/>
            </w:pPr>
            <w:r>
              <w:rPr>
                <w:rFonts w:ascii="Arial" w:hAnsi="Arial" w:cs="Arial"/>
                <w:b w:val="0"/>
                <w:sz w:val="19"/>
                <w:rtl w:val="1"/>
                <w:szCs w:val="19"/>
              </w:rPr>
              <w:t>א. 30 תלמידים</w:t>
            </w:r>
          </w:p>
        </w:tc>
        <w:tc>
          <w:tcPr>
            <w:tcW w:type="dxa" w:w="2062"/>
          </w:tcPr>
          <w:p>
            <w:pPr>
              <w:bidi w:val="1"/>
              <w:jc w:val="right"/>
            </w:pPr>
            <w:r>
              <w:rPr>
                <w:rFonts w:ascii="Arial" w:hAnsi="Arial" w:cs="Arial"/>
                <w:b w:val="0"/>
                <w:sz w:val="19"/>
                <w:rtl w:val="1"/>
                <w:szCs w:val="19"/>
              </w:rPr>
              <w:t>בסקר השתתפו 30 תלמידות ותלמידים, והם מילאו יומן מסכים במשך שבוע אחד.</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ישנו מי שכיבו את המסך שעה לפני השינה?</w:t>
            </w:r>
          </w:p>
        </w:tc>
        <w:tc>
          <w:tcPr>
            <w:tcW w:type="dxa" w:w="2062"/>
          </w:tcPr>
          <w:p>
            <w:pPr>
              <w:bidi w:val="1"/>
              <w:jc w:val="right"/>
            </w:pPr>
            <w:r>
              <w:rPr>
                <w:rFonts w:ascii="Arial" w:hAnsi="Arial" w:cs="Arial"/>
                <w:b w:val="0"/>
                <w:sz w:val="19"/>
                <w:rtl w:val="1"/>
                <w:szCs w:val="19"/>
              </w:rPr>
              <w:t>ב. 8 שעות וחצי</w:t>
            </w:r>
          </w:p>
        </w:tc>
        <w:tc>
          <w:tcPr>
            <w:tcW w:type="dxa" w:w="2062"/>
          </w:tcPr>
          <w:p>
            <w:pPr>
              <w:bidi w:val="1"/>
              <w:jc w:val="right"/>
            </w:pPr>
            <w:r>
              <w:rPr>
                <w:rFonts w:ascii="Arial" w:hAnsi="Arial" w:cs="Arial"/>
                <w:b w:val="0"/>
                <w:sz w:val="19"/>
                <w:rtl w:val="1"/>
                <w:szCs w:val="19"/>
              </w:rPr>
              <w:t>מי שכיבו את המסך לפחות שעה לפני השינה ישנו בממוצע 8 שעות וחצי, ומי שהשתמשו במסך עד שנרדמו ישנו בממוצע 7 שעות בלבד.</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מקשה להירדם אחרי מסך?</w:t>
            </w:r>
          </w:p>
        </w:tc>
        <w:tc>
          <w:tcPr>
            <w:tcW w:type="dxa" w:w="2062"/>
          </w:tcPr>
          <w:p>
            <w:pPr>
              <w:bidi w:val="1"/>
              <w:jc w:val="right"/>
            </w:pPr>
            <w:r>
              <w:rPr>
                <w:rFonts w:ascii="Arial" w:hAnsi="Arial" w:cs="Arial"/>
                <w:b w:val="0"/>
                <w:sz w:val="19"/>
                <w:rtl w:val="1"/>
                <w:szCs w:val="19"/>
              </w:rPr>
              <w:t>א. האור והתוכן המרגש</w:t>
            </w:r>
          </w:p>
        </w:tc>
        <w:tc>
          <w:tcPr>
            <w:tcW w:type="dxa" w:w="2062"/>
          </w:tcPr>
          <w:p>
            <w:pPr>
              <w:bidi w:val="1"/>
              <w:jc w:val="right"/>
            </w:pPr>
            <w:r>
              <w:rPr>
                <w:rFonts w:ascii="Arial" w:hAnsi="Arial" w:cs="Arial"/>
                <w:b w:val="0"/>
                <w:sz w:val="19"/>
                <w:rtl w:val="1"/>
                <w:szCs w:val="19"/>
              </w:rPr>
              <w:t>לפי הבועה, שני גורמים מקשים להירדם: האור של המסך, והתוכן המרגש שרואים בו. שניהם מקשים על הגוף להירגע.</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לומדים משני השעונים?</w:t>
            </w:r>
          </w:p>
        </w:tc>
        <w:tc>
          <w:tcPr>
            <w:tcW w:type="dxa" w:w="2062"/>
          </w:tcPr>
          <w:p>
            <w:pPr>
              <w:bidi w:val="1"/>
              <w:jc w:val="right"/>
            </w:pPr>
            <w:r>
              <w:rPr>
                <w:rFonts w:ascii="Arial" w:hAnsi="Arial" w:cs="Arial"/>
                <w:b w:val="0"/>
                <w:sz w:val="19"/>
                <w:rtl w:val="1"/>
                <w:szCs w:val="19"/>
              </w:rPr>
              <w:t>א. מסך עד הרגע האחרון – פחות שינה</w:t>
            </w:r>
          </w:p>
        </w:tc>
        <w:tc>
          <w:tcPr>
            <w:tcW w:type="dxa" w:w="2062"/>
          </w:tcPr>
          <w:p>
            <w:pPr>
              <w:bidi w:val="1"/>
              <w:jc w:val="right"/>
            </w:pPr>
            <w:r>
              <w:rPr>
                <w:rFonts w:ascii="Arial" w:hAnsi="Arial" w:cs="Arial"/>
                <w:b w:val="0"/>
                <w:sz w:val="19"/>
                <w:rtl w:val="1"/>
                <w:szCs w:val="19"/>
              </w:rPr>
              <w:t>אפשר להסיק שמי שמכבים את המסך זמן מה לפני השינה ישנים יותר: הם ישנו כשעה וחצי יותר בממוצע (8.5 שעות לעומת 7). כלומר שימוש במסך עד הרגע האחרון קשור לשינה קצרה יותר, כנראה כי הגוף לא מספיק להירגע.</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כתוב שתלמיד יכול להופיע ביותר מפלח אחד?</w:t>
            </w:r>
          </w:p>
        </w:tc>
        <w:tc>
          <w:tcPr>
            <w:tcW w:type="dxa" w:w="2062"/>
          </w:tcPr>
          <w:p>
            <w:pPr>
              <w:bidi w:val="1"/>
              <w:jc w:val="right"/>
            </w:pPr>
            <w:r>
              <w:rPr>
                <w:rFonts w:ascii="Arial" w:hAnsi="Arial" w:cs="Arial"/>
                <w:b w:val="0"/>
                <w:sz w:val="19"/>
                <w:rtl w:val="1"/>
                <w:szCs w:val="19"/>
              </w:rPr>
              <w:t>א. כי תלמיד יכול לעשות כמה דברים</w:t>
            </w:r>
          </w:p>
        </w:tc>
        <w:tc>
          <w:tcPr>
            <w:tcW w:type="dxa" w:w="2062"/>
          </w:tcPr>
          <w:p>
            <w:pPr>
              <w:bidi w:val="1"/>
              <w:jc w:val="right"/>
            </w:pPr>
            <w:r>
              <w:rPr>
                <w:rFonts w:ascii="Arial" w:hAnsi="Arial" w:cs="Arial"/>
                <w:b w:val="0"/>
                <w:sz w:val="19"/>
                <w:rtl w:val="1"/>
                <w:szCs w:val="19"/>
              </w:rPr>
              <w:t>ההערה נכתבה כי אם מחברים את המספרים בתיבה (18+21+9) מקבלים 48 – יותר מ־30 התלמידים שבכיתה. בלי ההערה הקורא היה עלול לחשוב שיש טעות בסקר. ההערה מסבירה שתלמיד אחד יכול גם לעשות ספורט וגם לפגוש חברים, ולכן הוא נספר בכמה פלחים.</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מי מתארת קושי להפסיק לצפות בלילה?</w:t>
            </w:r>
          </w:p>
        </w:tc>
        <w:tc>
          <w:tcPr>
            <w:tcW w:type="dxa" w:w="2062"/>
          </w:tcPr>
          <w:p>
            <w:pPr>
              <w:bidi w:val="1"/>
              <w:jc w:val="right"/>
            </w:pPr>
            <w:r>
              <w:rPr>
                <w:rFonts w:ascii="Arial" w:hAnsi="Arial" w:cs="Arial"/>
                <w:b w:val="0"/>
                <w:sz w:val="19"/>
                <w:rtl w:val="1"/>
                <w:szCs w:val="19"/>
              </w:rPr>
              <w:t>ב. סלאם</w:t>
            </w:r>
          </w:p>
        </w:tc>
        <w:tc>
          <w:tcPr>
            <w:tcW w:type="dxa" w:w="2062"/>
          </w:tcPr>
          <w:p>
            <w:pPr>
              <w:bidi w:val="1"/>
              <w:jc w:val="right"/>
            </w:pPr>
            <w:r>
              <w:rPr>
                <w:rFonts w:ascii="Arial" w:hAnsi="Arial" w:cs="Arial"/>
                <w:b w:val="0"/>
                <w:sz w:val="19"/>
                <w:rtl w:val="1"/>
                <w:szCs w:val="19"/>
              </w:rPr>
              <w:t>אורי וטליה מדברים שניהם על קשר טוב עם אנשים: אורי נהנה מהחברים בפארק בלי טלפון, וטליה משתמשת במסך כדי לשמור על קשר עם בת דודה רחוקה. סלאם, לעומתם, מתארת קושי – היא מתקשה להפסיק לצפות בלילה ונרדמת מאוחר.</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מטרת הטיפים?</w:t>
            </w:r>
          </w:p>
        </w:tc>
        <w:tc>
          <w:tcPr>
            <w:tcW w:type="dxa" w:w="2062"/>
          </w:tcPr>
          <w:p>
            <w:pPr>
              <w:bidi w:val="1"/>
              <w:jc w:val="right"/>
            </w:pPr>
            <w:r>
              <w:rPr>
                <w:rFonts w:ascii="Arial" w:hAnsi="Arial" w:cs="Arial"/>
                <w:b w:val="0"/>
                <w:sz w:val="19"/>
                <w:rtl w:val="1"/>
                <w:szCs w:val="19"/>
              </w:rPr>
              <w:t>א. להציע פתרונות לשבוע מאוזן</w:t>
            </w:r>
          </w:p>
        </w:tc>
        <w:tc>
          <w:tcPr>
            <w:tcW w:type="dxa" w:w="2062"/>
          </w:tcPr>
          <w:p>
            <w:pPr>
              <w:bidi w:val="1"/>
              <w:jc w:val="right"/>
            </w:pPr>
            <w:r>
              <w:rPr>
                <w:rFonts w:ascii="Arial" w:hAnsi="Arial" w:cs="Arial"/>
                <w:b w:val="0"/>
                <w:sz w:val="19"/>
                <w:rtl w:val="1"/>
                <w:szCs w:val="19"/>
              </w:rPr>
              <w:t>מטרת תיבה 5 היא לתת לקוראים דרכים מעשיות לשבוע מאוזן יותר. היא מופיעה בסוף כי קודם האינפוגרפיקה מראה את הנתונים – זמן מסך גבוה ושינה קצרה יותר – ורק אחרי שהקוראים מבינים את הבעיה, מוצעים להם פתרונות. כך הטיפים משכנעים יותר.</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טיפ הכי עוזר לך?</w:t>
            </w:r>
          </w:p>
        </w:tc>
        <w:tc>
          <w:tcPr>
            <w:tcW w:type="dxa" w:w="2062"/>
          </w:tcPr>
          <w:p>
            <w:pPr>
              <w:bidi w:val="1"/>
              <w:jc w:val="right"/>
            </w:pPr>
            <w:r>
              <w:rPr>
                <w:rFonts w:ascii="Arial" w:hAnsi="Arial" w:cs="Arial"/>
                <w:b w:val="0"/>
                <w:sz w:val="19"/>
                <w:rtl w:val="1"/>
                <w:szCs w:val="19"/>
              </w:rPr>
              <w:t>א. מסך בחדר אחר לפני השינה</w:t>
            </w:r>
          </w:p>
        </w:tc>
        <w:tc>
          <w:tcPr>
            <w:tcW w:type="dxa" w:w="2062"/>
          </w:tcPr>
          <w:p>
            <w:pPr>
              <w:bidi w:val="1"/>
              <w:jc w:val="right"/>
            </w:pPr>
            <w:r>
              <w:rPr>
                <w:rFonts w:ascii="Arial" w:hAnsi="Arial" w:cs="Arial"/>
                <w:b w:val="0"/>
                <w:sz w:val="19"/>
                <w:rtl w:val="1"/>
                <w:szCs w:val="19"/>
              </w:rPr>
              <w:t>דוגמה: לדעתי הטיפ היעיל ביותר הוא "שעה לפני השינה – המסך נח בחדר אחר", כי לפי תיבה 2 מי שכיבו את המסך שעה לפני השינה ישנו בממוצע שעה וחצי יותר. שינה טובה עוזרת להתרכז בבית הספר ולהיות פחות עייפים. יש לקבל כל עמדה מנומקת המבוססת על נתון מהאינפוגרפיקה.</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האינפוגרפיקה מראה גם צד טוב של המסך?</w:t>
            </w:r>
          </w:p>
        </w:tc>
        <w:tc>
          <w:tcPr>
            <w:tcW w:type="dxa" w:w="2062"/>
          </w:tcPr>
          <w:p>
            <w:pPr>
              <w:bidi w:val="1"/>
              <w:jc w:val="right"/>
            </w:pPr>
            <w:r>
              <w:rPr>
                <w:rFonts w:ascii="Arial" w:hAnsi="Arial" w:cs="Arial"/>
                <w:b w:val="0"/>
                <w:sz w:val="19"/>
                <w:rtl w:val="1"/>
                <w:szCs w:val="19"/>
              </w:rPr>
              <w:t>א. כן – בדברי טליה</w:t>
            </w:r>
          </w:p>
        </w:tc>
        <w:tc>
          <w:tcPr>
            <w:tcW w:type="dxa" w:w="2062"/>
          </w:tcPr>
          <w:p>
            <w:pPr>
              <w:bidi w:val="1"/>
              <w:jc w:val="right"/>
            </w:pPr>
            <w:r>
              <w:rPr>
                <w:rFonts w:ascii="Arial" w:hAnsi="Arial" w:cs="Arial"/>
                <w:b w:val="0"/>
                <w:sz w:val="19"/>
                <w:rtl w:val="1"/>
                <w:szCs w:val="19"/>
              </w:rPr>
              <w:t>דוגמה: לדעתי האינפוגרפיקה הוגנת ברובה. מצד אחד היא מראה בעיות – שינה קצרה יותר אצל מי שמשתמש במסך עד ההירדמות (תיבה 2) ותלמידים שכמעט לא יצאו מהבית (תיבה 3). מצד שני היא מביאה את דבריה של טליה, שהמסך עוזר לה לשמור על קשר עם בת דודה רחוקה, והטיפים לא אוסרים מסכים אלא מציעים לקבוע להם זמן. יש לקבל כל עמדה מנומקת בשתי דוגמאות.</w:t>
            </w:r>
          </w:p>
        </w:tc>
      </w:tr>
    </w:tbl>
    <w:p>
      <w:pPr>
        <w:bidi w:val="1"/>
        <w:jc w:val="right"/>
      </w:pPr>
    </w:p>
    <w:p>
      <w:pPr>
        <w:pStyle w:val="Heading3"/>
        <w:bidi w:val="1"/>
        <w:jc w:val="right"/>
      </w:pPr>
      <w:r>
        <w:rPr>
          <w:rFonts w:ascii="Arial" w:hAnsi="Arial" w:cs="Arial"/>
          <w:b/>
          <w:color w:val="6B4FC4"/>
          <w:sz w:val="26"/>
          <w:rtl w:val="1"/>
          <w:szCs w:val="26"/>
          <w:bCs/>
        </w:rPr>
        <w:t>טקסט 2: "גילינו שגם אנחנו יכולים לשנות משהו" (כתבה)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מסלול הוא אחד ממסלולי הקבוצה?</w:t>
            </w:r>
          </w:p>
        </w:tc>
        <w:tc>
          <w:tcPr>
            <w:tcW w:type="dxa" w:w="2062"/>
          </w:tcPr>
          <w:p>
            <w:pPr>
              <w:bidi w:val="1"/>
              <w:jc w:val="right"/>
            </w:pPr>
            <w:r>
              <w:rPr>
                <w:rFonts w:ascii="Arial" w:hAnsi="Arial" w:cs="Arial"/>
                <w:b w:val="0"/>
                <w:sz w:val="19"/>
                <w:rtl w:val="1"/>
                <w:szCs w:val="19"/>
              </w:rPr>
              <w:t>א. ביקור אצל שכנים מבוגרים</w:t>
            </w:r>
          </w:p>
        </w:tc>
        <w:tc>
          <w:tcPr>
            <w:tcW w:type="dxa" w:w="2062"/>
          </w:tcPr>
          <w:p>
            <w:pPr>
              <w:bidi w:val="1"/>
              <w:jc w:val="right"/>
            </w:pPr>
            <w:r>
              <w:rPr>
                <w:rFonts w:ascii="Arial" w:hAnsi="Arial" w:cs="Arial"/>
                <w:b w:val="0"/>
                <w:sz w:val="19"/>
                <w:rtl w:val="1"/>
                <w:szCs w:val="19"/>
              </w:rPr>
              <w:t>שלושת המסלולים הם: קריאה משותפת עם ילדים צעירים בספרייה, ביקורים קבועים אצל שכנים מבוגרים שגרים לבד, ויום איסוף מזון פעם בחודש לפני החגים.</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זמן מתחייב כל מתנדב?</w:t>
            </w:r>
          </w:p>
        </w:tc>
        <w:tc>
          <w:tcPr>
            <w:tcW w:type="dxa" w:w="2062"/>
          </w:tcPr>
          <w:p>
            <w:pPr>
              <w:bidi w:val="1"/>
              <w:jc w:val="right"/>
            </w:pPr>
            <w:r>
              <w:rPr>
                <w:rFonts w:ascii="Arial" w:hAnsi="Arial" w:cs="Arial"/>
                <w:b w:val="0"/>
                <w:sz w:val="19"/>
                <w:rtl w:val="1"/>
                <w:szCs w:val="19"/>
              </w:rPr>
              <w:t>ב. חצי שנה</w:t>
            </w:r>
          </w:p>
        </w:tc>
        <w:tc>
          <w:tcPr>
            <w:tcW w:type="dxa" w:w="2062"/>
          </w:tcPr>
          <w:p>
            <w:pPr>
              <w:bidi w:val="1"/>
              <w:jc w:val="right"/>
            </w:pPr>
            <w:r>
              <w:rPr>
                <w:rFonts w:ascii="Arial" w:hAnsi="Arial" w:cs="Arial"/>
                <w:b w:val="0"/>
                <w:sz w:val="19"/>
                <w:rtl w:val="1"/>
                <w:szCs w:val="19"/>
              </w:rPr>
              <w:t>כל מתנדב מתחייב להגיע לפחות פעם בשבוע במשך חצי שנה.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עושים המתנדבים בערב של יום האיסוף?</w:t>
            </w:r>
          </w:p>
        </w:tc>
        <w:tc>
          <w:tcPr>
            <w:tcW w:type="dxa" w:w="2062"/>
          </w:tcPr>
          <w:p>
            <w:pPr>
              <w:bidi w:val="1"/>
              <w:jc w:val="right"/>
            </w:pPr>
            <w:r>
              <w:rPr>
                <w:rFonts w:ascii="Arial" w:hAnsi="Arial" w:cs="Arial"/>
                <w:b w:val="0"/>
                <w:sz w:val="19"/>
                <w:rtl w:val="1"/>
                <w:szCs w:val="19"/>
              </w:rPr>
              <w:t>ב. ממיינים ואורזים חבילות</w:t>
            </w:r>
          </w:p>
        </w:tc>
        <w:tc>
          <w:tcPr>
            <w:tcW w:type="dxa" w:w="2062"/>
          </w:tcPr>
          <w:p>
            <w:pPr>
              <w:bidi w:val="1"/>
              <w:jc w:val="right"/>
            </w:pPr>
            <w:r>
              <w:rPr>
                <w:rFonts w:ascii="Arial" w:hAnsi="Arial" w:cs="Arial"/>
                <w:b w:val="0"/>
                <w:sz w:val="19"/>
                <w:rtl w:val="1"/>
                <w:szCs w:val="19"/>
              </w:rPr>
              <w:t>בבוקר המתנדבים עומדים בכניסה לשלוש חנויות מכולת ומחלקים לקונים רשימת מוצרים יבשים. הם מבקשים מכל קונה להוסיף מוצר אחד לסל התרומות. בערב הם ממיינים את המוצרים בחדר הספורט של המתנ״ס ואורזים אותם בחבילות.</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לרבקה חשוב שאדיסו "בא לבקר"?</w:t>
            </w:r>
          </w:p>
        </w:tc>
        <w:tc>
          <w:tcPr>
            <w:tcW w:type="dxa" w:w="2062"/>
          </w:tcPr>
          <w:p>
            <w:pPr>
              <w:bidi w:val="1"/>
              <w:jc w:val="right"/>
            </w:pPr>
            <w:r>
              <w:rPr>
                <w:rFonts w:ascii="Arial" w:hAnsi="Arial" w:cs="Arial"/>
                <w:b w:val="0"/>
                <w:sz w:val="19"/>
                <w:rtl w:val="1"/>
                <w:szCs w:val="19"/>
              </w:rPr>
              <w:t>א. כי הם כמו חברים</w:t>
            </w:r>
          </w:p>
        </w:tc>
        <w:tc>
          <w:tcPr>
            <w:tcW w:type="dxa" w:w="2062"/>
          </w:tcPr>
          <w:p>
            <w:pPr>
              <w:bidi w:val="1"/>
              <w:jc w:val="right"/>
            </w:pPr>
            <w:r>
              <w:rPr>
                <w:rFonts w:ascii="Arial" w:hAnsi="Arial" w:cs="Arial"/>
                <w:b w:val="0"/>
                <w:sz w:val="19"/>
                <w:rtl w:val="1"/>
                <w:szCs w:val="19"/>
              </w:rPr>
              <w:t>רבקה מבחינה בין עזרה לביקור. מי שבא "לעזור" רואה בה אישה חלשה שצריכה משהו, אבל מי שבא "לבקר" בא כחבר, בגובה העיניים. היחסים ביניהם הדדיים: היא לימדה את אדיסו שש־בש והוא לימד אותה לשלוח תמונות. לכן היא מרגישה מכובדת ולא נזקקת.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למדנו על האישה עם הקמח?</w:t>
            </w:r>
          </w:p>
        </w:tc>
        <w:tc>
          <w:tcPr>
            <w:tcW w:type="dxa" w:w="2062"/>
          </w:tcPr>
          <w:p>
            <w:pPr>
              <w:bidi w:val="1"/>
              <w:jc w:val="right"/>
            </w:pPr>
            <w:r>
              <w:rPr>
                <w:rFonts w:ascii="Arial" w:hAnsi="Arial" w:cs="Arial"/>
                <w:b w:val="0"/>
                <w:sz w:val="19"/>
                <w:rtl w:val="1"/>
                <w:szCs w:val="19"/>
              </w:rPr>
              <w:t>א. שפעם גם היא קיבלה חבילה</w:t>
            </w:r>
          </w:p>
        </w:tc>
        <w:tc>
          <w:tcPr>
            <w:tcW w:type="dxa" w:w="2062"/>
          </w:tcPr>
          <w:p>
            <w:pPr>
              <w:bidi w:val="1"/>
              <w:jc w:val="right"/>
            </w:pPr>
            <w:r>
              <w:rPr>
                <w:rFonts w:ascii="Arial" w:hAnsi="Arial" w:cs="Arial"/>
                <w:b w:val="0"/>
                <w:sz w:val="19"/>
                <w:rtl w:val="1"/>
                <w:szCs w:val="19"/>
              </w:rPr>
              <w:t>אפשר להסיק שבעבר האישה הייתה במצב כלכלי קשה וקיבלה חבילת מזון, ושעכשיו מצבה השתפר והיא רוצה להחזיר טובה. עלי זוכר אותה כי היא הראתה לו שהחבילות שהם אורזים באמת עוזרות לאנשים, ושמי שקיבל עזרה יכול בעתיד לתת בעצמו.</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עושה הפסקה האחרונה?</w:t>
            </w:r>
          </w:p>
        </w:tc>
        <w:tc>
          <w:tcPr>
            <w:tcW w:type="dxa" w:w="2062"/>
          </w:tcPr>
          <w:p>
            <w:pPr>
              <w:bidi w:val="1"/>
              <w:jc w:val="right"/>
            </w:pPr>
            <w:r>
              <w:rPr>
                <w:rFonts w:ascii="Arial" w:hAnsi="Arial" w:cs="Arial"/>
                <w:b w:val="0"/>
                <w:sz w:val="19"/>
                <w:rtl w:val="1"/>
                <w:szCs w:val="19"/>
              </w:rPr>
              <w:t>א. מסכמת את הכתבה</w:t>
            </w:r>
          </w:p>
        </w:tc>
        <w:tc>
          <w:tcPr>
            <w:tcW w:type="dxa" w:w="2062"/>
          </w:tcPr>
          <w:p>
            <w:pPr>
              <w:bidi w:val="1"/>
              <w:jc w:val="right"/>
            </w:pPr>
            <w:r>
              <w:rPr>
                <w:rFonts w:ascii="Arial" w:hAnsi="Arial" w:cs="Arial"/>
                <w:b w:val="0"/>
                <w:sz w:val="19"/>
                <w:rtl w:val="1"/>
                <w:szCs w:val="19"/>
              </w:rPr>
              <w:t>הפסקה האחרונה מסכמת את הכתבה: היא מתארת את ערב הסיכום ומה למדו המתנדבים, ומסיימת ברגע מרגש – התמונה שרבקה שלחה לבד. הכותרת לקוחה מהפתק של דניאל, "גילינו שגם אנחנו יכולים לשנות משהו", וכך הסיום חוזר לרעיון המרכזי של הכתבה: בני נוער יכולים לחולל שינוי.</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הראתה התמונה של אדיסו?</w:t>
            </w:r>
          </w:p>
        </w:tc>
        <w:tc>
          <w:tcPr>
            <w:tcW w:type="dxa" w:w="2062"/>
          </w:tcPr>
          <w:p>
            <w:pPr>
              <w:bidi w:val="1"/>
              <w:jc w:val="right"/>
            </w:pPr>
            <w:r>
              <w:rPr>
                <w:rFonts w:ascii="Arial" w:hAnsi="Arial" w:cs="Arial"/>
                <w:b w:val="0"/>
                <w:sz w:val="19"/>
                <w:rtl w:val="1"/>
                <w:szCs w:val="19"/>
              </w:rPr>
              <w:t>א. שרבקה שלחה תמונה לבד</w:t>
            </w:r>
          </w:p>
        </w:tc>
        <w:tc>
          <w:tcPr>
            <w:tcW w:type="dxa" w:w="2062"/>
          </w:tcPr>
          <w:p>
            <w:pPr>
              <w:bidi w:val="1"/>
              <w:jc w:val="right"/>
            </w:pPr>
            <w:r>
              <w:rPr>
                <w:rFonts w:ascii="Arial" w:hAnsi="Arial" w:cs="Arial"/>
                <w:b w:val="0"/>
                <w:sz w:val="19"/>
                <w:rtl w:val="1"/>
                <w:szCs w:val="19"/>
              </w:rPr>
              <w:t>אדיסו הראה תמונה כי היא הוכחה מוחשית למה שהשיג: רבקה, בת 86, למדה ממנו לשלוח תמונות ועשתה זאת לבד בפעם הראשונה. התמונה אומרת יותר ממשפט – היא מראה שהקשר ביניהם שינה משהו אמיתי בחייה, ושגם הוא, נער בן 14, יכול לשנות.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לדעתך הכי קשה בהתנדבות?</w:t>
            </w:r>
          </w:p>
        </w:tc>
        <w:tc>
          <w:tcPr>
            <w:tcW w:type="dxa" w:w="2062"/>
          </w:tcPr>
          <w:p>
            <w:pPr>
              <w:bidi w:val="1"/>
              <w:jc w:val="right"/>
            </w:pPr>
            <w:r>
              <w:rPr>
                <w:rFonts w:ascii="Arial" w:hAnsi="Arial" w:cs="Arial"/>
                <w:b w:val="0"/>
                <w:sz w:val="19"/>
                <w:rtl w:val="1"/>
                <w:szCs w:val="19"/>
              </w:rPr>
              <w:t>א. להמשיך להגיע כל שבוע</w:t>
            </w:r>
          </w:p>
        </w:tc>
        <w:tc>
          <w:tcPr>
            <w:tcW w:type="dxa" w:w="2062"/>
          </w:tcPr>
          <w:p>
            <w:pPr>
              <w:bidi w:val="1"/>
              <w:jc w:val="right"/>
            </w:pPr>
            <w:r>
              <w:rPr>
                <w:rFonts w:ascii="Arial" w:hAnsi="Arial" w:cs="Arial"/>
                <w:b w:val="0"/>
                <w:sz w:val="19"/>
                <w:rtl w:val="1"/>
                <w:szCs w:val="19"/>
              </w:rPr>
              <w:t>דוגמה: אני מסכימה עם הרכזת. בהתחלה כל דבר חדש מרגש, אבל אחרי כמה שבועות יש מבחנים, עייפות ומזג אוויר קר, ואז קל לוותר. גם לי זה קרה בחוג שהתחלתי בהתלהבות והפסקתי אחרי חודש. לכן ההישג האמיתי הוא להמשיך להגיע. יש לקבל כל עמדה מנומקת עם דוגמה.</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באיזה מסלול היית בוחר/ת?</w:t>
            </w:r>
          </w:p>
        </w:tc>
        <w:tc>
          <w:tcPr>
            <w:tcW w:type="dxa" w:w="2062"/>
          </w:tcPr>
          <w:p>
            <w:pPr>
              <w:bidi w:val="1"/>
              <w:jc w:val="right"/>
            </w:pPr>
            <w:r>
              <w:rPr>
                <w:rFonts w:ascii="Arial" w:hAnsi="Arial" w:cs="Arial"/>
                <w:b w:val="0"/>
                <w:sz w:val="19"/>
                <w:rtl w:val="1"/>
                <w:szCs w:val="19"/>
              </w:rPr>
              <w:t>ב. ביקור שכנים מבוגרים</w:t>
            </w:r>
          </w:p>
        </w:tc>
        <w:tc>
          <w:tcPr>
            <w:tcW w:type="dxa" w:w="2062"/>
          </w:tcPr>
          <w:p>
            <w:pPr>
              <w:bidi w:val="1"/>
              <w:jc w:val="right"/>
            </w:pPr>
            <w:r>
              <w:rPr>
                <w:rFonts w:ascii="Arial" w:hAnsi="Arial" w:cs="Arial"/>
                <w:b w:val="0"/>
                <w:sz w:val="19"/>
                <w:rtl w:val="1"/>
                <w:szCs w:val="19"/>
              </w:rPr>
              <w:t>דוגמה: הייתי בוחר במסלול הביקורים אצל שכנים מבוגרים. ראשית, אני אוהב לשמוע סיפורים מהעבר ואני חושב שאפשר ללמוד מאנשים מבוגרים הרבה. שנית, בכתבה רואים שהקשר בין אדיסו לרבקה היה הדדי – שניהם למדו זה מזה – וזה נראה לי משמעותי יותר מעזרה חד־פעמית. יש לקבל כל בחירה מנומקת בשני נימוקים.</w:t>
            </w:r>
          </w:p>
        </w:tc>
      </w:tr>
    </w:tbl>
    <w:p>
      <w:pPr>
        <w:bidi w:val="1"/>
        <w:jc w:val="right"/>
      </w:pPr>
    </w:p>
    <w:p>
      <w:pPr>
        <w:pStyle w:val="Heading3"/>
        <w:bidi w:val="1"/>
        <w:jc w:val="right"/>
      </w:pPr>
      <w:r>
        <w:rPr>
          <w:rFonts w:ascii="Arial" w:hAnsi="Arial" w:cs="Arial"/>
          <w:b/>
          <w:color w:val="6B4FC4"/>
          <w:sz w:val="26"/>
          <w:rtl w:val="1"/>
          <w:szCs w:val="26"/>
          <w:bCs/>
        </w:rPr>
        <w:t>טקסט 3: המסע הארוך של בקבוק קטן (מאמר מידע)</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ממה מייצרים פלסטיק?</w:t>
            </w:r>
          </w:p>
        </w:tc>
        <w:tc>
          <w:tcPr>
            <w:tcW w:type="dxa" w:w="2062"/>
          </w:tcPr>
          <w:p>
            <w:pPr>
              <w:bidi w:val="1"/>
              <w:jc w:val="right"/>
            </w:pPr>
            <w:r>
              <w:rPr>
                <w:rFonts w:ascii="Arial" w:hAnsi="Arial" w:cs="Arial"/>
                <w:b w:val="0"/>
                <w:sz w:val="19"/>
                <w:rtl w:val="1"/>
                <w:szCs w:val="19"/>
              </w:rPr>
              <w:t>א. מנפט ומגז</w:t>
            </w:r>
          </w:p>
        </w:tc>
        <w:tc>
          <w:tcPr>
            <w:tcW w:type="dxa" w:w="2062"/>
          </w:tcPr>
          <w:p>
            <w:pPr>
              <w:bidi w:val="1"/>
              <w:jc w:val="right"/>
            </w:pPr>
            <w:r>
              <w:rPr>
                <w:rFonts w:ascii="Arial" w:hAnsi="Arial" w:cs="Arial"/>
                <w:b w:val="0"/>
                <w:sz w:val="19"/>
                <w:rtl w:val="1"/>
                <w:szCs w:val="19"/>
              </w:rPr>
              <w:t>חומרי הגלם של רוב בקבוקי המשקה מופקים בעיקר מנפט ומגז טבעי.</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עושים לבקבוק במחזור?</w:t>
            </w:r>
          </w:p>
        </w:tc>
        <w:tc>
          <w:tcPr>
            <w:tcW w:type="dxa" w:w="2062"/>
          </w:tcPr>
          <w:p>
            <w:pPr>
              <w:bidi w:val="1"/>
              <w:jc w:val="right"/>
            </w:pPr>
            <w:r>
              <w:rPr>
                <w:rFonts w:ascii="Arial" w:hAnsi="Arial" w:cs="Arial"/>
                <w:b w:val="0"/>
                <w:sz w:val="19"/>
                <w:rtl w:val="1"/>
                <w:szCs w:val="19"/>
              </w:rPr>
              <w:t>ב. טוחנים אותו לפתיתים</w:t>
            </w:r>
          </w:p>
        </w:tc>
        <w:tc>
          <w:tcPr>
            <w:tcW w:type="dxa" w:w="2062"/>
          </w:tcPr>
          <w:p>
            <w:pPr>
              <w:bidi w:val="1"/>
              <w:jc w:val="right"/>
            </w:pPr>
            <w:r>
              <w:rPr>
                <w:rFonts w:ascii="Arial" w:hAnsi="Arial" w:cs="Arial"/>
                <w:b w:val="0"/>
                <w:sz w:val="19"/>
                <w:rtl w:val="1"/>
                <w:szCs w:val="19"/>
              </w:rPr>
              <w:t>לפי פסקה 5, הבקבוק נאסף, ממוין לפי סוג, נשטף ונטחן לפתיתים קטנים, ומהפתיתים מייצרים מוצרים חדשים (מספיקים שלושה שלבים).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עלול צב ים לחשוב על שקית?</w:t>
            </w:r>
          </w:p>
        </w:tc>
        <w:tc>
          <w:tcPr>
            <w:tcW w:type="dxa" w:w="2062"/>
          </w:tcPr>
          <w:p>
            <w:pPr>
              <w:bidi w:val="1"/>
              <w:jc w:val="right"/>
            </w:pPr>
            <w:r>
              <w:rPr>
                <w:rFonts w:ascii="Arial" w:hAnsi="Arial" w:cs="Arial"/>
                <w:b w:val="0"/>
                <w:sz w:val="19"/>
                <w:rtl w:val="1"/>
                <w:szCs w:val="19"/>
              </w:rPr>
              <w:t>א. שהיא מדוזה</w:t>
            </w:r>
          </w:p>
        </w:tc>
        <w:tc>
          <w:tcPr>
            <w:tcW w:type="dxa" w:w="2062"/>
          </w:tcPr>
          <w:p>
            <w:pPr>
              <w:bidi w:val="1"/>
              <w:jc w:val="right"/>
            </w:pPr>
            <w:r>
              <w:rPr>
                <w:rFonts w:ascii="Arial" w:hAnsi="Arial" w:cs="Arial"/>
                <w:b w:val="0"/>
                <w:sz w:val="19"/>
                <w:rtl w:val="1"/>
                <w:szCs w:val="19"/>
              </w:rPr>
              <w:t>דוגמה ראשונה: צב ים עלול לחשוב ששקית צפה היא מדוזה ולבלוע אותה. דוגמה שנייה: עופות ים עלולים להאכיל את גוזליהם בפיסות פלסטיק. הפלסטיק ממלא את הקיבה ופוגע בבריאותם.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ההבדל בין קליפת תפוז לבקבוק?</w:t>
            </w:r>
          </w:p>
        </w:tc>
        <w:tc>
          <w:tcPr>
            <w:tcW w:type="dxa" w:w="2062"/>
          </w:tcPr>
          <w:p>
            <w:pPr>
              <w:bidi w:val="1"/>
              <w:jc w:val="right"/>
            </w:pPr>
            <w:r>
              <w:rPr>
                <w:rFonts w:ascii="Arial" w:hAnsi="Arial" w:cs="Arial"/>
                <w:b w:val="0"/>
                <w:sz w:val="19"/>
                <w:rtl w:val="1"/>
                <w:szCs w:val="19"/>
              </w:rPr>
              <w:t>א. קליפה מתפרקת, בקבוק לא</w:t>
            </w:r>
          </w:p>
        </w:tc>
        <w:tc>
          <w:tcPr>
            <w:tcW w:type="dxa" w:w="2062"/>
          </w:tcPr>
          <w:p>
            <w:pPr>
              <w:bidi w:val="1"/>
              <w:jc w:val="right"/>
            </w:pPr>
            <w:r>
              <w:rPr>
                <w:rFonts w:ascii="Arial" w:hAnsi="Arial" w:cs="Arial"/>
                <w:b w:val="0"/>
                <w:sz w:val="19"/>
                <w:rtl w:val="1"/>
                <w:szCs w:val="19"/>
              </w:rPr>
              <w:t>הכותב משווה לדברים מוכרים שמתפרקים בטבע מהר – קליפת תפוז ועלה יבש – כדי להראות בניגוד אליהם שהפלסטיק אינו מתכלה: חיידקים כמעט לא מפרקים אותו, והוא רק מתפורר לחתיכות קטנות ונשאר בסביבה מאות שנים. ההשוואה הופכת רעיון מדעי למובן ומוחשי.</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האם בקבוק שהתפורר נעלם?</w:t>
            </w:r>
          </w:p>
        </w:tc>
        <w:tc>
          <w:tcPr>
            <w:tcW w:type="dxa" w:w="2062"/>
          </w:tcPr>
          <w:p>
            <w:pPr>
              <w:bidi w:val="1"/>
              <w:jc w:val="right"/>
            </w:pPr>
            <w:r>
              <w:rPr>
                <w:rFonts w:ascii="Arial" w:hAnsi="Arial" w:cs="Arial"/>
                <w:b w:val="0"/>
                <w:sz w:val="19"/>
                <w:rtl w:val="1"/>
                <w:szCs w:val="19"/>
              </w:rPr>
              <w:t>א. לא, הוא הופך למיקרופלסטיק</w:t>
            </w:r>
          </w:p>
        </w:tc>
        <w:tc>
          <w:tcPr>
            <w:tcW w:type="dxa" w:w="2062"/>
          </w:tcPr>
          <w:p>
            <w:pPr>
              <w:bidi w:val="1"/>
              <w:jc w:val="right"/>
            </w:pPr>
            <w:r>
              <w:rPr>
                <w:rFonts w:ascii="Arial" w:hAnsi="Arial" w:cs="Arial"/>
                <w:b w:val="0"/>
                <w:sz w:val="19"/>
                <w:rtl w:val="1"/>
                <w:szCs w:val="19"/>
              </w:rPr>
              <w:t>אפשר להסיק שגם כשאיננו רואים את הבקבוק, הוא לא באמת נעלם: הוא מתפורר לחלקיקים זעירים – מיקרופלסטיק – שקשה לראות אותם, אבל הם נמצאים בים, בחול, בקרקע ואפילו בגוף של דגים ועופות. כלומר הנזק ממשיך גם כשהפסולת כבר לא נראית.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אומרת המילה "אולם"?</w:t>
            </w:r>
          </w:p>
        </w:tc>
        <w:tc>
          <w:tcPr>
            <w:tcW w:type="dxa" w:w="2062"/>
          </w:tcPr>
          <w:p>
            <w:pPr>
              <w:bidi w:val="1"/>
              <w:jc w:val="right"/>
            </w:pPr>
            <w:r>
              <w:rPr>
                <w:rFonts w:ascii="Arial" w:hAnsi="Arial" w:cs="Arial"/>
                <w:b w:val="0"/>
                <w:sz w:val="19"/>
                <w:rtl w:val="1"/>
                <w:szCs w:val="19"/>
              </w:rPr>
              <w:t>א. שיש ניגוד – גם למחזור יש חסרונות</w:t>
            </w:r>
          </w:p>
        </w:tc>
        <w:tc>
          <w:tcPr>
            <w:tcW w:type="dxa" w:w="2062"/>
          </w:tcPr>
          <w:p>
            <w:pPr>
              <w:bidi w:val="1"/>
              <w:jc w:val="right"/>
            </w:pPr>
            <w:r>
              <w:rPr>
                <w:rFonts w:ascii="Arial" w:hAnsi="Arial" w:cs="Arial"/>
                <w:b w:val="0"/>
                <w:sz w:val="19"/>
                <w:rtl w:val="1"/>
                <w:szCs w:val="19"/>
              </w:rPr>
              <w:t>הביטוי מסמן ניגוד ("אולם"): אחרי שהכותב תיאר את יתרונות המחזור, הוא מזהיר שהמחזור אינו פותר את הבעיה לגמרי – הוא דורש הובלה ואנרגיה, לא כל בקבוק מגיע אליו, ואיכות החומר יורדת. כך הוא מכין את הקורא למסקנה בפסקה 6: הצעד החשוב ביותר הוא לצמצם את השימוש.</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רוצה המאמר?</w:t>
            </w:r>
          </w:p>
        </w:tc>
        <w:tc>
          <w:tcPr>
            <w:tcW w:type="dxa" w:w="2062"/>
          </w:tcPr>
          <w:p>
            <w:pPr>
              <w:bidi w:val="1"/>
              <w:jc w:val="right"/>
            </w:pPr>
            <w:r>
              <w:rPr>
                <w:rFonts w:ascii="Arial" w:hAnsi="Arial" w:cs="Arial"/>
                <w:b w:val="0"/>
                <w:sz w:val="19"/>
                <w:rtl w:val="1"/>
                <w:szCs w:val="19"/>
              </w:rPr>
              <w:t>א. שנשתמש פחות בפלסטיק חד־פעמי</w:t>
            </w:r>
          </w:p>
        </w:tc>
        <w:tc>
          <w:tcPr>
            <w:tcW w:type="dxa" w:w="2062"/>
          </w:tcPr>
          <w:p>
            <w:pPr>
              <w:bidi w:val="1"/>
              <w:jc w:val="right"/>
            </w:pPr>
            <w:r>
              <w:rPr>
                <w:rFonts w:ascii="Arial" w:hAnsi="Arial" w:cs="Arial"/>
                <w:b w:val="0"/>
                <w:sz w:val="19"/>
                <w:rtl w:val="1"/>
                <w:szCs w:val="19"/>
              </w:rPr>
              <w:t>מטרת המאמר היא להסביר מה עובר על בקבוק פלסטיק לאורך "חייו" ולעודד את הקוראים לצמצם שימוש בפלסטיק חד־פעמי. הפתיחה מתחילה במצב יומיומי מוכר – שתייה בדרך לאימון – ומנגידה בין חצי שעה של שימוש למאות שנים בטבע, וכך מעוררת עניין. הסיום פונה ישירות לקוראים ("בפעם הבאה שתחזיקו"), מסכם את המסע ומזמין אותם לבחור בבקבוק רב־פעמי.</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עדיף לדעתך?</w:t>
            </w:r>
          </w:p>
        </w:tc>
        <w:tc>
          <w:tcPr>
            <w:tcW w:type="dxa" w:w="2062"/>
          </w:tcPr>
          <w:p>
            <w:pPr>
              <w:bidi w:val="1"/>
              <w:jc w:val="right"/>
            </w:pPr>
            <w:r>
              <w:rPr>
                <w:rFonts w:ascii="Arial" w:hAnsi="Arial" w:cs="Arial"/>
                <w:b w:val="0"/>
                <w:sz w:val="19"/>
                <w:rtl w:val="1"/>
                <w:szCs w:val="19"/>
              </w:rPr>
              <w:t>א. להשתמש פחות בפלסטיק</w:t>
            </w:r>
          </w:p>
        </w:tc>
        <w:tc>
          <w:tcPr>
            <w:tcW w:type="dxa" w:w="2062"/>
          </w:tcPr>
          <w:p>
            <w:pPr>
              <w:bidi w:val="1"/>
              <w:jc w:val="right"/>
            </w:pPr>
            <w:r>
              <w:rPr>
                <w:rFonts w:ascii="Arial" w:hAnsi="Arial" w:cs="Arial"/>
                <w:b w:val="0"/>
                <w:sz w:val="19"/>
                <w:rtl w:val="1"/>
                <w:szCs w:val="19"/>
              </w:rPr>
              <w:t>דוגמה: אני מסכים. בקבוק שלא יוצר בכלל לא צרך נפט, לא זיהם את האוויר במפעל ובמשאית ולא יכול להגיע לים. לעומת זאת, לפי המאמר, גם מחזור דורש אנרגיה, לא כל בקבוק מגיע אליו, ואיכות החומר יורדת. לכן עדיף למנוע את הפסולת מראש. יש לקבל כל עמדה מנומקת המבוססת על המאמר.</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אפשר לעשות בכיתה?</w:t>
            </w:r>
          </w:p>
        </w:tc>
        <w:tc>
          <w:tcPr>
            <w:tcW w:type="dxa" w:w="2062"/>
          </w:tcPr>
          <w:p>
            <w:pPr>
              <w:bidi w:val="1"/>
              <w:jc w:val="right"/>
            </w:pPr>
            <w:r>
              <w:rPr>
                <w:rFonts w:ascii="Arial" w:hAnsi="Arial" w:cs="Arial"/>
                <w:b w:val="0"/>
                <w:sz w:val="19"/>
                <w:rtl w:val="1"/>
                <w:szCs w:val="19"/>
              </w:rPr>
              <w:t>א. להביא בקבוק רב־פעמי</w:t>
            </w:r>
          </w:p>
        </w:tc>
        <w:tc>
          <w:tcPr>
            <w:tcW w:type="dxa" w:w="2062"/>
          </w:tcPr>
          <w:p>
            <w:pPr>
              <w:bidi w:val="1"/>
              <w:jc w:val="right"/>
            </w:pPr>
            <w:r>
              <w:rPr>
                <w:rFonts w:ascii="Arial" w:hAnsi="Arial" w:cs="Arial"/>
                <w:b w:val="0"/>
                <w:sz w:val="19"/>
                <w:rtl w:val="1"/>
                <w:szCs w:val="19"/>
              </w:rPr>
              <w:t>דוגמה: אני מציעה "שבוע בלי בקבוקים" בכיתה: כל תלמיד מביא בקבוק רב־פעמי, וליד הקולר תולים טבלה שבה מסמנים כל יום מי מילא בקבוק. זה מעשי כי כמעט לכל אחד יש בקבוק בבית והקולר כבר קיים, וזה חוסך עשרות בקבוקים בשבוע. יש לקבל כל הצעה מעשית ומנומקת.</w:t>
            </w:r>
          </w:p>
        </w:tc>
      </w:tr>
    </w:tbl>
    <w:p>
      <w:pPr>
        <w:bidi w:val="1"/>
        <w:jc w:val="right"/>
      </w:pPr>
    </w:p>
    <w:p>
      <w:pPr>
        <w:pStyle w:val="Heading3"/>
        <w:bidi w:val="1"/>
        <w:jc w:val="right"/>
      </w:pPr>
      <w:r>
        <w:rPr>
          <w:rFonts w:ascii="Arial" w:hAnsi="Arial" w:cs="Arial"/>
          <w:b/>
          <w:color w:val="6B4FC4"/>
          <w:sz w:val="26"/>
          <w:rtl w:val="1"/>
          <w:szCs w:val="26"/>
          <w:bCs/>
        </w:rPr>
        <w:t>טקסט 4: בקשה לשיפוץ מגרש הספורט בשכונת הגפן (מכתב)</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למי נשלח המכתב?</w:t>
            </w:r>
          </w:p>
        </w:tc>
        <w:tc>
          <w:tcPr>
            <w:tcW w:type="dxa" w:w="2062"/>
          </w:tcPr>
          <w:p>
            <w:pPr>
              <w:bidi w:val="1"/>
              <w:jc w:val="right"/>
            </w:pPr>
            <w:r>
              <w:rPr>
                <w:rFonts w:ascii="Arial" w:hAnsi="Arial" w:cs="Arial"/>
                <w:b w:val="0"/>
                <w:sz w:val="19"/>
                <w:rtl w:val="1"/>
                <w:szCs w:val="19"/>
              </w:rPr>
              <w:t>א. לראש המועצה המקומית</w:t>
            </w:r>
          </w:p>
        </w:tc>
        <w:tc>
          <w:tcPr>
            <w:tcW w:type="dxa" w:w="2062"/>
          </w:tcPr>
          <w:p>
            <w:pPr>
              <w:bidi w:val="1"/>
              <w:jc w:val="right"/>
            </w:pPr>
            <w:r>
              <w:rPr>
                <w:rFonts w:ascii="Arial" w:hAnsi="Arial" w:cs="Arial"/>
                <w:b w:val="0"/>
                <w:sz w:val="19"/>
                <w:rtl w:val="1"/>
                <w:szCs w:val="19"/>
              </w:rPr>
              <w:t>המכתב נכתב בידי מועצת התלמידים של חטיבת הביניים, וחתמו עליו יושבי הראש יעל אוחיון ומוחמד עבאס. הוא נשלח למר אברהם שטרן, ראש המועצה המקומית.</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מהבאים הוא בעיה במגרש?</w:t>
            </w:r>
          </w:p>
        </w:tc>
        <w:tc>
          <w:tcPr>
            <w:tcW w:type="dxa" w:w="2062"/>
          </w:tcPr>
          <w:p>
            <w:pPr>
              <w:bidi w:val="1"/>
              <w:jc w:val="right"/>
            </w:pPr>
            <w:r>
              <w:rPr>
                <w:rFonts w:ascii="Arial" w:hAnsi="Arial" w:cs="Arial"/>
                <w:b w:val="0"/>
                <w:sz w:val="19"/>
                <w:rtl w:val="1"/>
                <w:szCs w:val="19"/>
              </w:rPr>
              <w:t>א. אין תאורה</w:t>
            </w:r>
          </w:p>
        </w:tc>
        <w:tc>
          <w:tcPr>
            <w:tcW w:type="dxa" w:w="2062"/>
          </w:tcPr>
          <w:p>
            <w:pPr>
              <w:bidi w:val="1"/>
              <w:jc w:val="right"/>
            </w:pPr>
            <w:r>
              <w:rPr>
                <w:rFonts w:ascii="Arial" w:hAnsi="Arial" w:cs="Arial"/>
                <w:b w:val="0"/>
                <w:sz w:val="19"/>
                <w:rtl w:val="1"/>
                <w:szCs w:val="19"/>
              </w:rPr>
              <w:t>הליקויים: המשטח סדוק ומלא בורות, אחד מסלי הכדורסל שבור, הגדר קרועה בכמה מקומות, ואין במגרש תאורה כלל.</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התלמידים יעשו בעצמם?</w:t>
            </w:r>
          </w:p>
        </w:tc>
        <w:tc>
          <w:tcPr>
            <w:tcW w:type="dxa" w:w="2062"/>
          </w:tcPr>
          <w:p>
            <w:pPr>
              <w:bidi w:val="1"/>
              <w:jc w:val="right"/>
            </w:pPr>
            <w:r>
              <w:rPr>
                <w:rFonts w:ascii="Arial" w:hAnsi="Arial" w:cs="Arial"/>
                <w:b w:val="0"/>
                <w:sz w:val="19"/>
                <w:rtl w:val="1"/>
                <w:szCs w:val="19"/>
              </w:rPr>
              <w:t>א. ינקו ויצבעו</w:t>
            </w:r>
          </w:p>
        </w:tc>
        <w:tc>
          <w:tcPr>
            <w:tcW w:type="dxa" w:w="2062"/>
          </w:tcPr>
          <w:p>
            <w:pPr>
              <w:bidi w:val="1"/>
              <w:jc w:val="right"/>
            </w:pPr>
            <w:r>
              <w:rPr>
                <w:rFonts w:ascii="Arial" w:hAnsi="Arial" w:cs="Arial"/>
                <w:b w:val="0"/>
                <w:sz w:val="19"/>
                <w:rtl w:val="1"/>
                <w:szCs w:val="19"/>
              </w:rPr>
              <w:t>התלמידים מציעים להתנדב לנקות את המגרש ולצבוע את הספסלים, ולארגן "טורניר פתיחה" שכונתי כשהשיפוץ יסתיים.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עושות המילים "ראשית, שנית, שלישית"?</w:t>
            </w:r>
          </w:p>
        </w:tc>
        <w:tc>
          <w:tcPr>
            <w:tcW w:type="dxa" w:w="2062"/>
          </w:tcPr>
          <w:p>
            <w:pPr>
              <w:bidi w:val="1"/>
              <w:jc w:val="right"/>
            </w:pPr>
            <w:r>
              <w:rPr>
                <w:rFonts w:ascii="Arial" w:hAnsi="Arial" w:cs="Arial"/>
                <w:b w:val="0"/>
                <w:sz w:val="19"/>
                <w:rtl w:val="1"/>
                <w:szCs w:val="19"/>
              </w:rPr>
              <w:t>א. מסדרות את הנימוקים</w:t>
            </w:r>
          </w:p>
        </w:tc>
        <w:tc>
          <w:tcPr>
            <w:tcW w:type="dxa" w:w="2062"/>
          </w:tcPr>
          <w:p>
            <w:pPr>
              <w:bidi w:val="1"/>
              <w:jc w:val="right"/>
            </w:pPr>
            <w:r>
              <w:rPr>
                <w:rFonts w:ascii="Arial" w:hAnsi="Arial" w:cs="Arial"/>
                <w:b w:val="0"/>
                <w:sz w:val="19"/>
                <w:rtl w:val="1"/>
                <w:szCs w:val="19"/>
              </w:rPr>
              <w:t>אלה מילות קישור של מנייה וסדר. הן מחלקות את הפסקה לשלושה נימוקים נפרדים – בטיחות, בריאות וקהילה – כך שקל לראש המועצה לעקוב אחריהם. הסדר הברור מראה שהכותבים חשבו על הבקשה ברצינות, ולכן המכתב נשמע מאורגן ומשכנע יותר.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התלמידים מזכירים את התקציב?</w:t>
            </w:r>
          </w:p>
        </w:tc>
        <w:tc>
          <w:tcPr>
            <w:tcW w:type="dxa" w:w="2062"/>
          </w:tcPr>
          <w:p>
            <w:pPr>
              <w:bidi w:val="1"/>
              <w:jc w:val="right"/>
            </w:pPr>
            <w:r>
              <w:rPr>
                <w:rFonts w:ascii="Arial" w:hAnsi="Arial" w:cs="Arial"/>
                <w:b w:val="0"/>
                <w:sz w:val="19"/>
                <w:rtl w:val="1"/>
                <w:szCs w:val="19"/>
              </w:rPr>
              <w:t>א. כדי להראות שהם מבינים את המועצה</w:t>
            </w:r>
          </w:p>
        </w:tc>
        <w:tc>
          <w:tcPr>
            <w:tcW w:type="dxa" w:w="2062"/>
          </w:tcPr>
          <w:p>
            <w:pPr>
              <w:bidi w:val="1"/>
              <w:jc w:val="right"/>
            </w:pPr>
            <w:r>
              <w:rPr>
                <w:rFonts w:ascii="Arial" w:hAnsi="Arial" w:cs="Arial"/>
                <w:b w:val="0"/>
                <w:sz w:val="19"/>
                <w:rtl w:val="1"/>
                <w:szCs w:val="19"/>
              </w:rPr>
              <w:t>התלמידים מקדימים תשובה לטענה שהמועצה עלולה להעלות – שאין לה מספיק כסף. כשהם מודים בכך מראש, הם נראים הוגנים, מבינים ובוגרים, ולא רק דורשים. מיד אחר כך הם מציעים עזרה (התנדבות וטורניר), וכך מקטינים את הנטל על המועצה ומגבירים את הסיכוי שהבקשה תתקבל.</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צירפו עצומה?</w:t>
            </w:r>
          </w:p>
        </w:tc>
        <w:tc>
          <w:tcPr>
            <w:tcW w:type="dxa" w:w="2062"/>
          </w:tcPr>
          <w:p>
            <w:pPr>
              <w:bidi w:val="1"/>
              <w:jc w:val="right"/>
            </w:pPr>
            <w:r>
              <w:rPr>
                <w:rFonts w:ascii="Arial" w:hAnsi="Arial" w:cs="Arial"/>
                <w:b w:val="0"/>
                <w:sz w:val="19"/>
                <w:rtl w:val="1"/>
                <w:szCs w:val="19"/>
              </w:rPr>
              <w:t>א. להראות שהרבה אנשים תומכים</w:t>
            </w:r>
          </w:p>
        </w:tc>
        <w:tc>
          <w:tcPr>
            <w:tcW w:type="dxa" w:w="2062"/>
          </w:tcPr>
          <w:p>
            <w:pPr>
              <w:bidi w:val="1"/>
              <w:jc w:val="right"/>
            </w:pPr>
            <w:r>
              <w:rPr>
                <w:rFonts w:ascii="Arial" w:hAnsi="Arial" w:cs="Arial"/>
                <w:b w:val="0"/>
                <w:sz w:val="19"/>
                <w:rtl w:val="1"/>
                <w:szCs w:val="19"/>
              </w:rPr>
              <w:t>הנספחים נועדו לחזק את הבקשה בהוכחות. העצומה, עם 210 חתימות של תלמידים והורים, מראה שלא מדובר ברצון של כמה ילדים בלבד אלא בצורך של השכונה. התמונות מראות לראש המועצה במו עיניו את הסדקים, הסל השבור והגדר הקרועה, כך שקשה להתעלם מהבעיה.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באיזו פסקה כתובה הבקשה?</w:t>
            </w:r>
          </w:p>
        </w:tc>
        <w:tc>
          <w:tcPr>
            <w:tcW w:type="dxa" w:w="2062"/>
          </w:tcPr>
          <w:p>
            <w:pPr>
              <w:bidi w:val="1"/>
              <w:jc w:val="right"/>
            </w:pPr>
            <w:r>
              <w:rPr>
                <w:rFonts w:ascii="Arial" w:hAnsi="Arial" w:cs="Arial"/>
                <w:b w:val="0"/>
                <w:sz w:val="19"/>
                <w:rtl w:val="1"/>
                <w:szCs w:val="19"/>
              </w:rPr>
              <w:t>ב. פסקה 3</w:t>
            </w:r>
          </w:p>
        </w:tc>
        <w:tc>
          <w:tcPr>
            <w:tcW w:type="dxa" w:w="2062"/>
          </w:tcPr>
          <w:p>
            <w:pPr>
              <w:bidi w:val="1"/>
              <w:jc w:val="right"/>
            </w:pPr>
            <w:r>
              <w:rPr>
                <w:rFonts w:ascii="Arial" w:hAnsi="Arial" w:cs="Arial"/>
                <w:b w:val="0"/>
                <w:sz w:val="19"/>
                <w:rtl w:val="1"/>
                <w:szCs w:val="19"/>
              </w:rPr>
              <w:t>הבקשה מופיעה בפסקה 3 והנימוקים בפסקה 4. הסדר הגיוני: לפני כן (בפסקה 2) הכותבים מציגים את הרקע ואת הבעיה, אחר כך כותבים בבירור מה הם מבקשים, ורק אז מסבירים למה כדאי להיענות. כך הקורא יודע קודם על מה מדובר ואחר כך משתכנע.</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נימוק הכי משכנע?</w:t>
            </w:r>
          </w:p>
        </w:tc>
        <w:tc>
          <w:tcPr>
            <w:tcW w:type="dxa" w:w="2062"/>
          </w:tcPr>
          <w:p>
            <w:pPr>
              <w:bidi w:val="1"/>
              <w:jc w:val="right"/>
            </w:pPr>
            <w:r>
              <w:rPr>
                <w:rFonts w:ascii="Arial" w:hAnsi="Arial" w:cs="Arial"/>
                <w:b w:val="0"/>
                <w:sz w:val="19"/>
                <w:rtl w:val="1"/>
                <w:szCs w:val="19"/>
              </w:rPr>
              <w:t>א. בטיחות</w:t>
            </w:r>
          </w:p>
        </w:tc>
        <w:tc>
          <w:tcPr>
            <w:tcW w:type="dxa" w:w="2062"/>
          </w:tcPr>
          <w:p>
            <w:pPr>
              <w:bidi w:val="1"/>
              <w:jc w:val="right"/>
            </w:pPr>
            <w:r>
              <w:rPr>
                <w:rFonts w:ascii="Arial" w:hAnsi="Arial" w:cs="Arial"/>
                <w:b w:val="0"/>
                <w:sz w:val="19"/>
                <w:rtl w:val="1"/>
                <w:szCs w:val="19"/>
              </w:rPr>
              <w:t>דוגמה: לדעתי נימוק הבטיחות הוא המשכנע ביותר, כי הוא מבוסס על עובדה – שלושה ילדים כבר נפצעו – ואחריות לבטיחות הציבור היא תפקיד מרכזי של המועצה. קשה לראש מועצה להתעלם מסכנה ממשית לילדים. יש לקבל כל בחירה מנומקת.</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ביטוי מראה לשון רשמית?</w:t>
            </w:r>
          </w:p>
        </w:tc>
        <w:tc>
          <w:tcPr>
            <w:tcW w:type="dxa" w:w="2062"/>
          </w:tcPr>
          <w:p>
            <w:pPr>
              <w:bidi w:val="1"/>
              <w:jc w:val="right"/>
            </w:pPr>
            <w:r>
              <w:rPr>
                <w:rFonts w:ascii="Arial" w:hAnsi="Arial" w:cs="Arial"/>
                <w:b w:val="0"/>
                <w:sz w:val="19"/>
                <w:rtl w:val="1"/>
                <w:szCs w:val="19"/>
              </w:rPr>
              <w:t>א. "בכבוד רב"</w:t>
            </w:r>
          </w:p>
        </w:tc>
        <w:tc>
          <w:tcPr>
            <w:tcW w:type="dxa" w:w="2062"/>
          </w:tcPr>
          <w:p>
            <w:pPr>
              <w:bidi w:val="1"/>
              <w:jc w:val="right"/>
            </w:pPr>
            <w:r>
              <w:rPr>
                <w:rFonts w:ascii="Arial" w:hAnsi="Arial" w:cs="Arial"/>
                <w:b w:val="0"/>
                <w:sz w:val="19"/>
                <w:rtl w:val="1"/>
                <w:szCs w:val="19"/>
              </w:rPr>
              <w:t>דוגמה: המכתב כתוב בלשון רשמית ומתאימה. יש בו פנייה מסודרת ("לכבוד", "הנדון", "שלום רב"), ביטויים רשמיים כמו "בתודה מראש ובכבוד רב" ו"נציג מטעמך", ושימוש בגוף "אנו" במקום "אנחנו". שיפור אפשרי: לציין תאריך בראש המכתב ופרטי קשר שאליהם אפשר להשיב. יש לקבל כל הערכה מנומקת עם דוגמאות.</w:t>
            </w:r>
          </w:p>
        </w:tc>
      </w:tr>
    </w:tbl>
    <w:p>
      <w:pPr>
        <w:bidi w:val="1"/>
        <w:jc w:val="right"/>
      </w:pPr>
    </w:p>
    <w:p>
      <w:pPr>
        <w:pStyle w:val="Heading3"/>
        <w:bidi w:val="1"/>
        <w:jc w:val="right"/>
      </w:pPr>
      <w:r>
        <w:rPr>
          <w:rFonts w:ascii="Arial" w:hAnsi="Arial" w:cs="Arial"/>
          <w:b/>
          <w:color w:val="6B4FC4"/>
          <w:sz w:val="26"/>
          <w:rtl w:val="1"/>
          <w:szCs w:val="26"/>
          <w:bCs/>
        </w:rPr>
        <w:t>טקסט 5: פחות דפים, יותר למידה: על שיעורי הבית היומיים (טקסט טיעוני)</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הכותבת חושבת?</w:t>
            </w:r>
          </w:p>
        </w:tc>
        <w:tc>
          <w:tcPr>
            <w:tcW w:type="dxa" w:w="2062"/>
          </w:tcPr>
          <w:p>
            <w:pPr>
              <w:bidi w:val="1"/>
              <w:jc w:val="right"/>
            </w:pPr>
            <w:r>
              <w:rPr>
                <w:rFonts w:ascii="Arial" w:hAnsi="Arial" w:cs="Arial"/>
                <w:b w:val="0"/>
                <w:sz w:val="19"/>
                <w:rtl w:val="1"/>
                <w:szCs w:val="19"/>
              </w:rPr>
              <w:t>ב. שצריך שיעורי בית רק פעמיים–שלוש בשבוע</w:t>
            </w:r>
          </w:p>
        </w:tc>
        <w:tc>
          <w:tcPr>
            <w:tcW w:type="dxa" w:w="2062"/>
          </w:tcPr>
          <w:p>
            <w:pPr>
              <w:bidi w:val="1"/>
              <w:jc w:val="right"/>
            </w:pPr>
            <w:r>
              <w:rPr>
                <w:rFonts w:ascii="Arial" w:hAnsi="Arial" w:cs="Arial"/>
                <w:b w:val="0"/>
                <w:sz w:val="19"/>
                <w:rtl w:val="1"/>
                <w:szCs w:val="19"/>
              </w:rPr>
              <w:t>הטענה המרכזית היא שאין לתת שיעורי בית בכל יום, אלא פעמיים או שלוש בשבוע – פחות אבל טובים יותר. היא מופיעה בסוף פסקה 1.</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אחד הנימוקים של הכותבת?</w:t>
            </w:r>
          </w:p>
        </w:tc>
        <w:tc>
          <w:tcPr>
            <w:tcW w:type="dxa" w:w="2062"/>
          </w:tcPr>
          <w:p>
            <w:pPr>
              <w:bidi w:val="1"/>
              <w:jc w:val="right"/>
            </w:pPr>
            <w:r>
              <w:rPr>
                <w:rFonts w:ascii="Arial" w:hAnsi="Arial" w:cs="Arial"/>
                <w:b w:val="0"/>
                <w:sz w:val="19"/>
                <w:rtl w:val="1"/>
                <w:szCs w:val="19"/>
              </w:rPr>
              <w:t>א. מנוחה</w:t>
            </w:r>
          </w:p>
        </w:tc>
        <w:tc>
          <w:tcPr>
            <w:tcW w:type="dxa" w:w="2062"/>
          </w:tcPr>
          <w:p>
            <w:pPr>
              <w:bidi w:val="1"/>
              <w:jc w:val="right"/>
            </w:pPr>
            <w:r>
              <w:rPr>
                <w:rFonts w:ascii="Arial" w:hAnsi="Arial" w:cs="Arial"/>
                <w:b w:val="0"/>
                <w:sz w:val="19"/>
                <w:rtl w:val="1"/>
                <w:szCs w:val="19"/>
              </w:rPr>
              <w:t>שלושת הנימוקים: מנוחה (המוח צריך זמן להירגע ולישון), איכות (שיעורים מעטים יהיו משמעותיים יותר), והוגנות (לא לכל התלמידים יש תנאים זהים בבית).</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מציעה הכותבת במקום שיעורי בית יומיים?</w:t>
            </w:r>
          </w:p>
        </w:tc>
        <w:tc>
          <w:tcPr>
            <w:tcW w:type="dxa" w:w="2062"/>
          </w:tcPr>
          <w:p>
            <w:pPr>
              <w:bidi w:val="1"/>
              <w:jc w:val="right"/>
            </w:pPr>
            <w:r>
              <w:rPr>
                <w:rFonts w:ascii="Arial" w:hAnsi="Arial" w:cs="Arial"/>
                <w:b w:val="0"/>
                <w:sz w:val="19"/>
                <w:rtl w:val="1"/>
                <w:szCs w:val="19"/>
              </w:rPr>
              <w:t>א. חזרה קצרה בתחילת השיעור</w:t>
            </w:r>
          </w:p>
        </w:tc>
        <w:tc>
          <w:tcPr>
            <w:tcW w:type="dxa" w:w="2062"/>
          </w:tcPr>
          <w:p>
            <w:pPr>
              <w:bidi w:val="1"/>
              <w:jc w:val="right"/>
            </w:pPr>
            <w:r>
              <w:rPr>
                <w:rFonts w:ascii="Arial" w:hAnsi="Arial" w:cs="Arial"/>
                <w:b w:val="0"/>
                <w:sz w:val="19"/>
                <w:rtl w:val="1"/>
                <w:szCs w:val="19"/>
              </w:rPr>
              <w:t>הכותבת מציעה: עשר דקות של חזרה בתחילת כל שיעור, משימה שבועית אחת שהתלמידים מתכננים לבד, וקריאה חופשית של ספר שבחרו בעצמם.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הכותבת מתחילה בסיפור על ערב שלה?</w:t>
            </w:r>
          </w:p>
        </w:tc>
        <w:tc>
          <w:tcPr>
            <w:tcW w:type="dxa" w:w="2062"/>
          </w:tcPr>
          <w:p>
            <w:pPr>
              <w:bidi w:val="1"/>
              <w:jc w:val="right"/>
            </w:pPr>
            <w:r>
              <w:rPr>
                <w:rFonts w:ascii="Arial" w:hAnsi="Arial" w:cs="Arial"/>
                <w:b w:val="0"/>
                <w:sz w:val="19"/>
                <w:rtl w:val="1"/>
                <w:szCs w:val="19"/>
              </w:rPr>
              <w:t>א. כדי שנבין ונזדהה עם הבעיה</w:t>
            </w:r>
          </w:p>
        </w:tc>
        <w:tc>
          <w:tcPr>
            <w:tcW w:type="dxa" w:w="2062"/>
          </w:tcPr>
          <w:p>
            <w:pPr>
              <w:bidi w:val="1"/>
              <w:jc w:val="right"/>
            </w:pPr>
            <w:r>
              <w:rPr>
                <w:rFonts w:ascii="Arial" w:hAnsi="Arial" w:cs="Arial"/>
                <w:b w:val="0"/>
                <w:sz w:val="19"/>
                <w:rtl w:val="1"/>
                <w:szCs w:val="19"/>
              </w:rPr>
              <w:t>הפסקה הראשונה פותחת את הטקסט ומציגה את הטענה. הכותבת בחרה לפתוח בתיאור אישי ומוחשי – ערב עמוס שמסתיים בשלושה דפים בתשע וחצי – כדי שהקוראים, ובעיקר תלמידים, יזדהו ויבינו מיד את הבעיה. כך הטענה שמגיעה בסוף הפסקה נשמעת מוצדקת.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שיעורי בית יכולים להזיק?</w:t>
            </w:r>
          </w:p>
        </w:tc>
        <w:tc>
          <w:tcPr>
            <w:tcW w:type="dxa" w:w="2062"/>
          </w:tcPr>
          <w:p>
            <w:pPr>
              <w:bidi w:val="1"/>
              <w:jc w:val="right"/>
            </w:pPr>
            <w:r>
              <w:rPr>
                <w:rFonts w:ascii="Arial" w:hAnsi="Arial" w:cs="Arial"/>
                <w:b w:val="0"/>
                <w:sz w:val="19"/>
                <w:rtl w:val="1"/>
                <w:szCs w:val="19"/>
              </w:rPr>
              <w:t>א. כי התלמיד עייף ולא מרוכז</w:t>
            </w:r>
          </w:p>
        </w:tc>
        <w:tc>
          <w:tcPr>
            <w:tcW w:type="dxa" w:w="2062"/>
          </w:tcPr>
          <w:p>
            <w:pPr>
              <w:bidi w:val="1"/>
              <w:jc w:val="right"/>
            </w:pPr>
            <w:r>
              <w:rPr>
                <w:rFonts w:ascii="Arial" w:hAnsi="Arial" w:cs="Arial"/>
                <w:b w:val="0"/>
                <w:sz w:val="19"/>
                <w:rtl w:val="1"/>
                <w:szCs w:val="19"/>
              </w:rPr>
              <w:t>יש כאן ניגוד בין המטרה לתוצאה. שיעורי הבית אמורים לחזק את הלמידה, אבל כשהם ניתנים בכל ערב, לא נשאר זמן למנוחה ולשינה. התלמיד מגיע עייף ומרוכז פחות, ולכן לומד פחות טוב בכיתה – כלומר השיעורים גורמים לתוצאה הפוכה מזו שרצו.</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הכותבת עושה עם הטענה הנגדית?</w:t>
            </w:r>
          </w:p>
        </w:tc>
        <w:tc>
          <w:tcPr>
            <w:tcW w:type="dxa" w:w="2062"/>
          </w:tcPr>
          <w:p>
            <w:pPr>
              <w:bidi w:val="1"/>
              <w:jc w:val="right"/>
            </w:pPr>
            <w:r>
              <w:rPr>
                <w:rFonts w:ascii="Arial" w:hAnsi="Arial" w:cs="Arial"/>
                <w:b w:val="0"/>
                <w:sz w:val="19"/>
                <w:rtl w:val="1"/>
                <w:szCs w:val="19"/>
              </w:rPr>
              <w:t>א. מסכימה בחלק ומציעה פתרון אחר</w:t>
            </w:r>
          </w:p>
        </w:tc>
        <w:tc>
          <w:tcPr>
            <w:tcW w:type="dxa" w:w="2062"/>
          </w:tcPr>
          <w:p>
            <w:pPr>
              <w:bidi w:val="1"/>
              <w:jc w:val="right"/>
            </w:pPr>
            <w:r>
              <w:rPr>
                <w:rFonts w:ascii="Arial" w:hAnsi="Arial" w:cs="Arial"/>
                <w:b w:val="0"/>
                <w:sz w:val="19"/>
                <w:rtl w:val="1"/>
                <w:szCs w:val="19"/>
              </w:rPr>
              <w:t>הטענה הנגדית היא שבלי שיעורי בית יומיים תלמידים ישכחו את החומר ולא יפתחו משמעת עצמית. הכותבת מקבלת שתרגול קבוע והרגלים חשובים, אבל דוחה את הרעיון שרק שיעורי בית יומיים משיגים זאת: היא מציעה חלופות (חזרה בתחילת שיעור, משימה שבועית, קריאה חופשית) וטוענת שמשמעת נבנית כשסומכים על התלמידים לנהל את זמנם.</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קורה כשיש הרבה שיעורי בית?</w:t>
            </w:r>
          </w:p>
        </w:tc>
        <w:tc>
          <w:tcPr>
            <w:tcW w:type="dxa" w:w="2062"/>
          </w:tcPr>
          <w:p>
            <w:pPr>
              <w:bidi w:val="1"/>
              <w:jc w:val="right"/>
            </w:pPr>
            <w:r>
              <w:rPr>
                <w:rFonts w:ascii="Arial" w:hAnsi="Arial" w:cs="Arial"/>
                <w:b w:val="0"/>
                <w:sz w:val="19"/>
                <w:rtl w:val="1"/>
                <w:szCs w:val="19"/>
              </w:rPr>
              <w:t>א. הפער בין תלמידים גדל</w:t>
            </w:r>
          </w:p>
        </w:tc>
        <w:tc>
          <w:tcPr>
            <w:tcW w:type="dxa" w:w="2062"/>
          </w:tcPr>
          <w:p>
            <w:pPr>
              <w:bidi w:val="1"/>
              <w:jc w:val="right"/>
            </w:pPr>
            <w:r>
              <w:rPr>
                <w:rFonts w:ascii="Arial" w:hAnsi="Arial" w:cs="Arial"/>
                <w:b w:val="0"/>
                <w:sz w:val="19"/>
                <w:rtl w:val="1"/>
                <w:szCs w:val="19"/>
              </w:rPr>
              <w:t>אפשר להסיק ששיעורי בית רבים מגדילים את הפערים בין תלמידים: מי שיש לו חדר שקט והורים פנויים יצליח בהם יותר ממי שחולק חדר, עובד או מטפל בבני משפחה. לכן ההצלחה בשיעורי הבית תלויה לא רק בתלמיד אלא גם בתנאים בבית, ואילו בכיתה כולם מקבלים עזרה דומה.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אפשר לעשות "מפת שיעורי בית"?</w:t>
            </w:r>
          </w:p>
        </w:tc>
        <w:tc>
          <w:tcPr>
            <w:tcW w:type="dxa" w:w="2062"/>
          </w:tcPr>
          <w:p>
            <w:pPr>
              <w:bidi w:val="1"/>
              <w:jc w:val="right"/>
            </w:pPr>
            <w:r>
              <w:rPr>
                <w:rFonts w:ascii="Arial" w:hAnsi="Arial" w:cs="Arial"/>
                <w:b w:val="0"/>
                <w:sz w:val="19"/>
                <w:rtl w:val="1"/>
                <w:szCs w:val="19"/>
              </w:rPr>
              <w:t>א. כן, בעזרת לוח משותף למורים</w:t>
            </w:r>
          </w:p>
        </w:tc>
        <w:tc>
          <w:tcPr>
            <w:tcW w:type="dxa" w:w="2062"/>
          </w:tcPr>
          <w:p>
            <w:pPr>
              <w:bidi w:val="1"/>
              <w:jc w:val="right"/>
            </w:pPr>
            <w:r>
              <w:rPr>
                <w:rFonts w:ascii="Arial" w:hAnsi="Arial" w:cs="Arial"/>
                <w:b w:val="0"/>
                <w:sz w:val="19"/>
                <w:rtl w:val="1"/>
                <w:szCs w:val="19"/>
              </w:rPr>
              <w:t>דוגמה: לדעתי ההצעה מעשית. מספיק לוח משותף בחדר המורים או טבלה שבועית שכל מורה ממלא בה את המשימות שנתן, ואז קל לראות אם יום מסוים כבר עמוס. היא לא עולה כסף ולא מבטלת שיעורי בית. אולי יהיה קשה בשבועות של מבחנים, ולכן כדאי לתכנן גם אותם בלוח. יש לקבל כל עמדה מנומקת.</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הכותבת שכנעה אותך?</w:t>
            </w:r>
          </w:p>
        </w:tc>
        <w:tc>
          <w:tcPr>
            <w:tcW w:type="dxa" w:w="2062"/>
          </w:tcPr>
          <w:p>
            <w:pPr>
              <w:bidi w:val="1"/>
              <w:jc w:val="right"/>
            </w:pPr>
            <w:r>
              <w:rPr>
                <w:rFonts w:ascii="Arial" w:hAnsi="Arial" w:cs="Arial"/>
                <w:b w:val="0"/>
                <w:sz w:val="19"/>
                <w:rtl w:val="1"/>
                <w:szCs w:val="19"/>
              </w:rPr>
              <w:t>א. כן</w:t>
            </w:r>
          </w:p>
        </w:tc>
        <w:tc>
          <w:tcPr>
            <w:tcW w:type="dxa" w:w="2062"/>
          </w:tcPr>
          <w:p>
            <w:pPr>
              <w:bidi w:val="1"/>
              <w:jc w:val="right"/>
            </w:pPr>
            <w:r>
              <w:rPr>
                <w:rFonts w:ascii="Arial" w:hAnsi="Arial" w:cs="Arial"/>
                <w:b w:val="0"/>
                <w:sz w:val="19"/>
                <w:rtl w:val="1"/>
                <w:szCs w:val="19"/>
              </w:rPr>
              <w:t>דוגמה: הכותבת שכנעה אותי. נימוק מהטקסט: כשיש שיעורים בכל ערב לא נשאר זמן לשינה, ותלמיד עייף מתרכז פחות בכיתה. נימוק משלי: כשיש לי ערבים פנויים אני קורא ספרים שאני אוהב ומתאמן, וזה גם לימוד – רק מסוג אחר. יש לקבל גם עמדה מנוגדת, כל עוד היא מנומקת בשני הנימוקים הנדרשים.</w:t>
            </w:r>
          </w:p>
        </w:tc>
      </w:tr>
    </w:tbl>
    <w:p>
      <w:pPr>
        <w:bidi w:val="1"/>
        <w:jc w:val="right"/>
      </w:pP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ח׳</w:t>
      </w:r>
    </w:p>
    <w:p>
      <w:pPr>
        <w:bidi w:val="1"/>
        <w:jc w:val="center"/>
      </w:pPr>
      <w:r>
        <w:rPr>
          <w:rFonts w:ascii="Arial" w:hAnsi="Arial" w:cs="Arial"/>
          <w:b/>
          <w:color w:val="2B8F86"/>
          <w:sz w:val="32"/>
          <w:rtl w:val="1"/>
          <w:szCs w:val="32"/>
          <w:bCs/>
        </w:rPr>
        <w:t>חוברת לתלמיד/ה · חנ״מ – מותאם</w:t>
      </w:r>
    </w:p>
    <w:p>
      <w:pPr>
        <w:bidi w:val="1"/>
        <w:jc w:val="center"/>
      </w:pPr>
      <w:r>
        <w:rPr>
          <w:rFonts w:ascii="Arial" w:hAnsi="Arial" w:cs="Arial"/>
          <w:b w:val="0"/>
          <w:color w:val="5D5675"/>
          <w:sz w:val="24"/>
          <w:rtl w:val="1"/>
          <w:szCs w:val="24"/>
        </w:rPr>
        <w:t>גרסה מותאמת: טקסטים קצרים, 3 אפשרויות,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השבוע הדיגיטלי שלנו</w:t>
      </w:r>
      <w:r>
        <w:rPr>
          <w:rFonts w:ascii="Arial" w:hAnsi="Arial" w:cs="Arial"/>
          <w:b w:val="0"/>
          <w:color w:val="7A7392"/>
          <w:sz w:val="21"/>
          <w:rtl w:val="1"/>
          <w:szCs w:val="21"/>
        </w:rPr>
        <w:t xml:space="preserve">  –  אינפוגרפיקה</w:t>
      </w:r>
    </w:p>
    <w:p>
      <w:pPr>
        <w:bidi w:val="1"/>
        <w:jc w:val="right"/>
      </w:pPr>
      <w:r>
        <w:rPr>
          <w:rFonts w:ascii="Arial" w:hAnsi="Arial" w:cs="Arial"/>
          <w:b/>
          <w:sz w:val="24"/>
          <w:rtl w:val="1"/>
          <w:szCs w:val="24"/>
          <w:bCs/>
        </w:rPr>
        <w:t>חלק ב׳ – טקסט 2 – "גילינו שגם אנחנו יכולים לשנות משהו"</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ג׳ – טקסט 3 – המסע הארוך של בקבוק קטן</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4 – בקשה לשיפוץ מגרש הספורט בשכונת הגפן</w:t>
      </w:r>
      <w:r>
        <w:rPr>
          <w:rFonts w:ascii="Arial" w:hAnsi="Arial" w:cs="Arial"/>
          <w:b w:val="0"/>
          <w:color w:val="7A7392"/>
          <w:sz w:val="21"/>
          <w:rtl w:val="1"/>
          <w:szCs w:val="21"/>
        </w:rPr>
        <w:t xml:space="preserve">  –  מכתב</w:t>
      </w:r>
    </w:p>
    <w:p>
      <w:pPr>
        <w:bidi w:val="1"/>
        <w:jc w:val="right"/>
      </w:pPr>
      <w:r>
        <w:rPr>
          <w:rFonts w:ascii="Arial" w:hAnsi="Arial" w:cs="Arial"/>
          <w:b/>
          <w:sz w:val="24"/>
          <w:rtl w:val="1"/>
          <w:szCs w:val="24"/>
          <w:bCs/>
        </w:rPr>
        <w:t>חלק ג׳ – טקסט 5 – פחות דפים, יותר למידה: על שיעורי הבית היומיים</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״השבוע הדיגיטלי שלנו״.</w:t>
      </w:r>
    </w:p>
    <w:p>
      <w:pPr>
        <w:bidi w:val="1"/>
        <w:jc w:val="right"/>
      </w:pPr>
      <w:r>
        <w:rPr>
          <w:rFonts w:ascii="Arial" w:hAnsi="Arial" w:cs="Arial"/>
          <w:b/>
          <w:sz w:val="26"/>
          <w:rtl w:val="1"/>
          <w:szCs w:val="26"/>
          <w:bCs/>
          <w:highlight w:val="yellow"/>
        </w:rPr>
        <w:t>מדוע</w:t>
      </w:r>
      <w:r>
        <w:rPr>
          <w:rFonts w:ascii="Arial" w:hAnsi="Arial" w:cs="Arial"/>
          <w:b/>
          <w:sz w:val="26"/>
          <w:rtl w:val="1"/>
          <w:szCs w:val="26"/>
          <w:bCs/>
        </w:rPr>
        <w:t xml:space="preserve"> נכתבה </w:t>
      </w:r>
      <w:r>
        <w:rPr>
          <w:rFonts w:ascii="Arial" w:hAnsi="Arial" w:cs="Arial"/>
          <w:b/>
          <w:sz w:val="26"/>
          <w:rtl w:val="1"/>
          <w:szCs w:val="26"/>
          <w:bCs/>
          <w:highlight w:val="yellow"/>
        </w:rPr>
        <w:t>ההערה</w:t>
      </w:r>
      <w:r>
        <w:rPr>
          <w:rFonts w:ascii="Arial" w:hAnsi="Arial" w:cs="Arial"/>
          <w:b/>
          <w:sz w:val="26"/>
          <w:rtl w:val="1"/>
          <w:szCs w:val="26"/>
          <w:bCs/>
        </w:rPr>
        <w:t xml:space="preserve"> "חלק מהתלמידים מופיעים ביותר מפלח אחד" </w:t>
      </w:r>
      <w:r>
        <w:rPr>
          <w:rFonts w:ascii="Arial" w:hAnsi="Arial" w:cs="Arial"/>
          <w:b/>
          <w:sz w:val="26"/>
          <w:rtl w:val="1"/>
          <w:szCs w:val="26"/>
          <w:bCs/>
          <w:highlight w:val="yellow"/>
        </w:rPr>
        <w:t>בתיבה 3</w:t>
      </w:r>
      <w:r>
        <w:rPr>
          <w:rFonts w:ascii="Arial" w:hAnsi="Arial" w:cs="Arial"/>
          <w:b/>
          <w:sz w:val="26"/>
          <w:rtl w:val="1"/>
          <w:szCs w:val="26"/>
          <w:bCs/>
        </w:rPr>
        <w:t xml:space="preserve">? </w:t>
      </w:r>
      <w:r>
        <w:rPr>
          <w:rFonts w:ascii="Arial" w:hAnsi="Arial" w:cs="Arial"/>
          <w:b/>
          <w:sz w:val="26"/>
          <w:rtl w:val="1"/>
          <w:szCs w:val="26"/>
          <w:bCs/>
          <w:highlight w:val="yellow"/>
        </w:rPr>
        <w:t>הסבירו</w:t>
      </w:r>
      <w:r>
        <w:rPr>
          <w:rFonts w:ascii="Arial" w:hAnsi="Arial" w:cs="Arial"/>
          <w:b/>
          <w:sz w:val="26"/>
          <w:rtl w:val="1"/>
          <w:szCs w:val="26"/>
          <w:bCs/>
        </w:rPr>
        <w:t xml:space="preserve"> מה הייתה עלולה להיות </w:t>
      </w:r>
      <w:r>
        <w:rPr>
          <w:rFonts w:ascii="Arial" w:hAnsi="Arial" w:cs="Arial"/>
          <w:b/>
          <w:sz w:val="26"/>
          <w:rtl w:val="1"/>
          <w:szCs w:val="26"/>
          <w:bCs/>
          <w:highlight w:val="yellow"/>
        </w:rPr>
        <w:t>הטעות</w:t>
      </w:r>
      <w:r>
        <w:rPr>
          <w:rFonts w:ascii="Arial" w:hAnsi="Arial" w:cs="Arial"/>
          <w:b/>
          <w:sz w:val="26"/>
          <w:rtl w:val="1"/>
          <w:szCs w:val="26"/>
          <w:bCs/>
        </w:rPr>
        <w:t xml:space="preserve"> בלעדיה.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את ההערה מתיבה 3 ושואלת על מטרתה.</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מדוע · ההערה · בתיבה 3 · הסבירו · הטעות</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להסביר מה ההערה מבהירה ומה הקורא היה חושב בטעות אילו לא הייתה.  |  ממד: פרשנות והיסק  |  התשובה חייבת לכלול: תפקיד ההערה: להבהיר שתלמיד אחד יכול להיות בכמה קבוצות; הטעות האפשרית: לחבר את המספרים ולקבל יותר מ־30; קישור לנתונים (18, 21, 9)</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ההערה נכתבה כי אם מחברים את המספרים בתיבה (18+21+9) מקבלים 48 – יותר מ־30 התלמידים שבכיתה. בלי ההערה הקורא היה עלול לחשוב שיש טעות בסקר. ההערה מסבירה שתלמיד אחד יכול גם לעשות ספורט וגם לפגוש חברים, ולכן הוא נספר בכמה פלחים.</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נסו לנחש: כמה שעות ביום אתם מבלים מול מסכים מחוץ לשעות הלימודים? האם הייתם רוצים לשנות משהו בזה?</w:t>
      </w:r>
    </w:p>
    <w:p>
      <w:pPr>
        <w:bidi w:val="1"/>
        <w:jc w:val="right"/>
      </w:pPr>
      <w:r>
        <w:rPr>
          <w:rFonts w:ascii="Arial" w:hAnsi="Arial" w:cs="Arial"/>
          <w:b/>
          <w:color w:val="2B8F86"/>
          <w:sz w:val="21"/>
          <w:rtl w:val="1"/>
          <w:szCs w:val="21"/>
          <w:bCs/>
        </w:rPr>
        <w:t>טקסט 1 · אינפוגרפיקה</w:t>
      </w:r>
    </w:p>
    <w:p>
      <w:pPr>
        <w:pStyle w:val="Heading2"/>
        <w:bidi w:val="1"/>
        <w:jc w:val="right"/>
      </w:pPr>
      <w:r>
        <w:rPr>
          <w:rFonts w:ascii="Arial" w:hAnsi="Arial" w:cs="Arial"/>
          <w:b/>
          <w:color w:val="2B8F86"/>
          <w:sz w:val="30"/>
          <w:rtl w:val="1"/>
          <w:szCs w:val="30"/>
          <w:bCs/>
        </w:rPr>
        <w:t>השבוע הדיגיטלי שלנו</w:t>
      </w:r>
    </w:p>
    <w:p>
      <w:pPr>
        <w:bidi w:val="1"/>
        <w:jc w:val="right"/>
      </w:pPr>
      <w:r>
        <w:rPr>
          <w:rFonts w:ascii="Arial" w:hAnsi="Arial" w:cs="Arial"/>
          <w:b/>
          <w:color w:val="5D5675"/>
          <w:sz w:val="24"/>
          <w:rtl w:val="1"/>
          <w:szCs w:val="24"/>
          <w:bCs/>
        </w:rPr>
        <w:t>סקר כיתתי לדוגמה: כמה זמן אנחנו מול מסכים – ומה קורה בינתיים לשינה, לספורט ולחברים?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"השבוע הדיגיטלי שלנו". זה סקר לדוגמה. 30 תלמידים בכיתה ח׳ דמיונית כתבו יומן מסכים שבוע אחד. המספרים להמחשה.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תיבה 1 – זמן מסך ביום: 8 תלמידים – עד שעתיים. 14 תלמידים – שעתיים עד ארבע שעות. 8 תלמידים – יותר מארבע שעות.</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תיבה 2 – מסכים ושינה: מי שכיבו מסך שעה לפני השינה ישנו 8 שעות וחצי. מי שהשתמשו במסך עד השינה ישנו 7 שעות. אור המסך מקשה להירדם.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תיבה 3 – מה עוד עשינו: 18 תלמידים עשו ספורט שלוש פעמים בשבוע. 21 תלמידים פגשו חברים. 9 תלמידים כמעט לא יצאו מהבית.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תיבה 4 – מה אמרתם: אורי: "בפארק אני שוכח מהטלפון". סלאם: "בלילה אני רוצה עוד סרטון". טליה: "המסך עוזר לי לדבר עם בת דודה רחוקה".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תיבה 5 – טיפים: מסך בחדר אחר לפני השינה. ארוחה בלי מסכים. שעון לזמן מסך. חצי שעה תנועה בחוץ. פגישה אמיתית במקום הודעה.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יומן מסכים – דף שבו רושמים כל יום כמה זמן היינו מול מסך · להמחשה – כדי להראות ולהסביר, לא נתון אמיתי · בממוצע – בערך, כשמחשבים את כולם יחד · פלחים – חלקים של עיגול, כמו חתיכות של עוגה · מאוזן – שיש בו מכל דבר במידה נכונה · פנים אל פנים – במפגש אמיתי, לא דרך מסך</w:t>
      </w:r>
    </w:p>
    <w:p>
      <w:pPr>
        <w:pStyle w:val="Heading3"/>
        <w:bidi w:val="1"/>
        <w:jc w:val="right"/>
      </w:pPr>
      <w:r>
        <w:rPr>
          <w:rFonts w:ascii="Arial" w:hAnsi="Arial" w:cs="Arial"/>
          <w:b/>
          <w:color w:val="6B4FC4"/>
          <w:sz w:val="26"/>
          <w:rtl w:val="1"/>
          <w:szCs w:val="26"/>
          <w:bCs/>
        </w:rPr>
        <w:t>שאלות על הטקסט ״השבוע הדיגיטלי שלנו״</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כמה תלמידים היו בסקר?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30 תלמידים</w:t>
      </w:r>
    </w:p>
    <w:p>
      <w:pPr>
        <w:bidi w:val="1"/>
        <w:jc w:val="right"/>
      </w:pPr>
      <w:r>
        <w:rPr>
          <w:rFonts w:ascii="Arial" w:hAnsi="Arial" w:cs="Arial"/>
          <w:b w:val="0"/>
          <w:sz w:val="24"/>
          <w:rtl w:val="1"/>
          <w:szCs w:val="24"/>
        </w:rPr>
        <w:t xml:space="preserve">   ◯ ב. 14 תלמידים</w:t>
      </w:r>
    </w:p>
    <w:p>
      <w:pPr>
        <w:bidi w:val="1"/>
        <w:jc w:val="right"/>
      </w:pPr>
      <w:r>
        <w:rPr>
          <w:rFonts w:ascii="Arial" w:hAnsi="Arial" w:cs="Arial"/>
          <w:b w:val="0"/>
          <w:sz w:val="24"/>
          <w:rtl w:val="1"/>
          <w:szCs w:val="24"/>
        </w:rPr>
        <w:t xml:space="preserve">   ◯ ג. 8 תלמידים</w:t>
      </w:r>
    </w:p>
    <w:p>
      <w:pPr>
        <w:bidi w:val="1"/>
        <w:jc w:val="right"/>
      </w:pPr>
      <w:r>
        <w:rPr>
          <w:rFonts w:ascii="Arial" w:hAnsi="Arial" w:cs="Arial"/>
          <w:b/>
          <w:color w:val="2B8F86"/>
          <w:sz w:val="23"/>
          <w:rtl w:val="1"/>
          <w:szCs w:val="23"/>
          <w:bCs/>
        </w:rPr>
        <w:t>✏️ בסקר השתתפו…</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כמה ישנו מי שכיבו את המסך שעה לפני השינה?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7 שעות</w:t>
      </w:r>
    </w:p>
    <w:p>
      <w:pPr>
        <w:bidi w:val="1"/>
        <w:jc w:val="right"/>
      </w:pPr>
      <w:r>
        <w:rPr>
          <w:rFonts w:ascii="Arial" w:hAnsi="Arial" w:cs="Arial"/>
          <w:b w:val="0"/>
          <w:sz w:val="24"/>
          <w:rtl w:val="1"/>
          <w:szCs w:val="24"/>
        </w:rPr>
        <w:t xml:space="preserve">   ◯ ב. 8 שעות וחצי</w:t>
      </w:r>
    </w:p>
    <w:p>
      <w:pPr>
        <w:bidi w:val="1"/>
        <w:jc w:val="right"/>
      </w:pPr>
      <w:r>
        <w:rPr>
          <w:rFonts w:ascii="Arial" w:hAnsi="Arial" w:cs="Arial"/>
          <w:b w:val="0"/>
          <w:sz w:val="24"/>
          <w:rtl w:val="1"/>
          <w:szCs w:val="24"/>
        </w:rPr>
        <w:t xml:space="preserve">   ◯ ג. 4 שעות</w:t>
      </w:r>
    </w:p>
    <w:p>
      <w:pPr>
        <w:bidi w:val="1"/>
        <w:jc w:val="right"/>
      </w:pPr>
      <w:r>
        <w:rPr>
          <w:rFonts w:ascii="Arial" w:hAnsi="Arial" w:cs="Arial"/>
          <w:b/>
          <w:color w:val="2B8F86"/>
          <w:sz w:val="23"/>
          <w:rtl w:val="1"/>
          <w:szCs w:val="23"/>
          <w:bCs/>
        </w:rPr>
        <w:t>✏️ מי שכיבו את המסך ישנו…</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מקשה להירדם אחרי מסך?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האור והתוכן המרגש</w:t>
      </w:r>
    </w:p>
    <w:p>
      <w:pPr>
        <w:bidi w:val="1"/>
        <w:jc w:val="right"/>
      </w:pPr>
      <w:r>
        <w:rPr>
          <w:rFonts w:ascii="Arial" w:hAnsi="Arial" w:cs="Arial"/>
          <w:b w:val="0"/>
          <w:sz w:val="24"/>
          <w:rtl w:val="1"/>
          <w:szCs w:val="24"/>
        </w:rPr>
        <w:t xml:space="preserve">   ◯ ב. הארוחה המשפחתית</w:t>
      </w:r>
    </w:p>
    <w:p>
      <w:pPr>
        <w:bidi w:val="1"/>
        <w:jc w:val="right"/>
      </w:pPr>
      <w:r>
        <w:rPr>
          <w:rFonts w:ascii="Arial" w:hAnsi="Arial" w:cs="Arial"/>
          <w:b w:val="0"/>
          <w:sz w:val="24"/>
          <w:rtl w:val="1"/>
          <w:szCs w:val="24"/>
        </w:rPr>
        <w:t xml:space="preserve">   ◯ ג. הספורט בחוץ</w:t>
      </w:r>
    </w:p>
    <w:p>
      <w:pPr>
        <w:bidi w:val="1"/>
        <w:jc w:val="right"/>
      </w:pPr>
      <w:r>
        <w:rPr>
          <w:rFonts w:ascii="Arial" w:hAnsi="Arial" w:cs="Arial"/>
          <w:b/>
          <w:color w:val="2B8F86"/>
          <w:sz w:val="23"/>
          <w:rtl w:val="1"/>
          <w:szCs w:val="23"/>
          <w:bCs/>
        </w:rPr>
        <w:t>✏️ קשה להירדם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לומדים משני השעונים?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מסך עד הרגע האחרון – פחות שינה</w:t>
      </w:r>
    </w:p>
    <w:p>
      <w:pPr>
        <w:bidi w:val="1"/>
        <w:jc w:val="right"/>
      </w:pPr>
      <w:r>
        <w:rPr>
          <w:rFonts w:ascii="Arial" w:hAnsi="Arial" w:cs="Arial"/>
          <w:b w:val="0"/>
          <w:sz w:val="24"/>
          <w:rtl w:val="1"/>
          <w:szCs w:val="24"/>
        </w:rPr>
        <w:t xml:space="preserve">   ◯ ב. מסך לא משפיע על השינה</w:t>
      </w:r>
    </w:p>
    <w:p>
      <w:pPr>
        <w:bidi w:val="1"/>
        <w:jc w:val="right"/>
      </w:pPr>
      <w:r>
        <w:rPr>
          <w:rFonts w:ascii="Arial" w:hAnsi="Arial" w:cs="Arial"/>
          <w:b w:val="0"/>
          <w:sz w:val="24"/>
          <w:rtl w:val="1"/>
          <w:szCs w:val="24"/>
        </w:rPr>
        <w:t xml:space="preserve">   ◯ ג. מסך עוזר להירדם מהר</w:t>
      </w:r>
    </w:p>
    <w:p>
      <w:pPr>
        <w:bidi w:val="1"/>
        <w:jc w:val="right"/>
      </w:pPr>
      <w:r>
        <w:rPr>
          <w:rFonts w:ascii="Arial" w:hAnsi="Arial" w:cs="Arial"/>
          <w:b/>
          <w:color w:val="2B8F86"/>
          <w:sz w:val="23"/>
          <w:rtl w:val="1"/>
          <w:szCs w:val="23"/>
          <w:bCs/>
        </w:rPr>
        <w:t>✏️ משני השעונים לומדים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למה כתוב שתלמיד יכול להופיע ביותר מפלח אחד?</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תלמיד יכול לעשות כמה דברים</w:t>
      </w:r>
    </w:p>
    <w:p>
      <w:pPr>
        <w:bidi w:val="1"/>
        <w:jc w:val="right"/>
      </w:pPr>
      <w:r>
        <w:rPr>
          <w:rFonts w:ascii="Arial" w:hAnsi="Arial" w:cs="Arial"/>
          <w:b w:val="0"/>
          <w:sz w:val="24"/>
          <w:rtl w:val="1"/>
          <w:szCs w:val="24"/>
        </w:rPr>
        <w:t xml:space="preserve">   ◯ ב. כי הסקר לא נכון</w:t>
      </w:r>
    </w:p>
    <w:p>
      <w:pPr>
        <w:bidi w:val="1"/>
        <w:jc w:val="right"/>
      </w:pPr>
      <w:r>
        <w:rPr>
          <w:rFonts w:ascii="Arial" w:hAnsi="Arial" w:cs="Arial"/>
          <w:b w:val="0"/>
          <w:sz w:val="24"/>
          <w:rtl w:val="1"/>
          <w:szCs w:val="24"/>
        </w:rPr>
        <w:t xml:space="preserve">   ◯ ג. כי היו 48 תלמידים בכיתה</w:t>
      </w:r>
    </w:p>
    <w:p>
      <w:pPr>
        <w:bidi w:val="1"/>
        <w:jc w:val="right"/>
      </w:pPr>
      <w:r>
        <w:rPr>
          <w:rFonts w:ascii="Arial" w:hAnsi="Arial" w:cs="Arial"/>
          <w:b/>
          <w:color w:val="2B8F86"/>
          <w:sz w:val="23"/>
          <w:rtl w:val="1"/>
          <w:szCs w:val="23"/>
          <w:bCs/>
        </w:rPr>
        <w:t>✏️ ההערה כתובה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מי מתארת קושי להפסיק לצפות בלילה?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טליה</w:t>
      </w:r>
    </w:p>
    <w:p>
      <w:pPr>
        <w:bidi w:val="1"/>
        <w:jc w:val="right"/>
      </w:pPr>
      <w:r>
        <w:rPr>
          <w:rFonts w:ascii="Arial" w:hAnsi="Arial" w:cs="Arial"/>
          <w:b w:val="0"/>
          <w:sz w:val="24"/>
          <w:rtl w:val="1"/>
          <w:szCs w:val="24"/>
        </w:rPr>
        <w:t xml:space="preserve">   ◯ ב. סלאם</w:t>
      </w:r>
    </w:p>
    <w:p>
      <w:pPr>
        <w:bidi w:val="1"/>
        <w:jc w:val="right"/>
      </w:pPr>
      <w:r>
        <w:rPr>
          <w:rFonts w:ascii="Arial" w:hAnsi="Arial" w:cs="Arial"/>
          <w:b w:val="0"/>
          <w:sz w:val="24"/>
          <w:rtl w:val="1"/>
          <w:szCs w:val="24"/>
        </w:rPr>
        <w:t xml:space="preserve">   ◯ ג. אורי</w:t>
      </w:r>
    </w:p>
    <w:p>
      <w:pPr>
        <w:bidi w:val="1"/>
        <w:jc w:val="right"/>
      </w:pPr>
      <w:r>
        <w:rPr>
          <w:rFonts w:ascii="Arial" w:hAnsi="Arial" w:cs="Arial"/>
          <w:b/>
          <w:color w:val="2B8F86"/>
          <w:sz w:val="23"/>
          <w:rtl w:val="1"/>
          <w:szCs w:val="23"/>
          <w:bCs/>
        </w:rPr>
        <w:t>✏️ סלאם שונה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מטרת הטיפים?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להציע פתרונות לשבוע מאוזן</w:t>
      </w:r>
    </w:p>
    <w:p>
      <w:pPr>
        <w:bidi w:val="1"/>
        <w:jc w:val="right"/>
      </w:pPr>
      <w:r>
        <w:rPr>
          <w:rFonts w:ascii="Arial" w:hAnsi="Arial" w:cs="Arial"/>
          <w:b w:val="0"/>
          <w:sz w:val="24"/>
          <w:rtl w:val="1"/>
          <w:szCs w:val="24"/>
        </w:rPr>
        <w:t xml:space="preserve">   ◯ ב. להציג עוד נתונים</w:t>
      </w:r>
    </w:p>
    <w:p>
      <w:pPr>
        <w:bidi w:val="1"/>
        <w:jc w:val="right"/>
      </w:pPr>
      <w:r>
        <w:rPr>
          <w:rFonts w:ascii="Arial" w:hAnsi="Arial" w:cs="Arial"/>
          <w:b w:val="0"/>
          <w:sz w:val="24"/>
          <w:rtl w:val="1"/>
          <w:szCs w:val="24"/>
        </w:rPr>
        <w:t xml:space="preserve">   ◯ ג. לספר על תלמיד אחד</w:t>
      </w:r>
    </w:p>
    <w:p>
      <w:pPr>
        <w:bidi w:val="1"/>
        <w:jc w:val="right"/>
      </w:pPr>
      <w:r>
        <w:rPr>
          <w:rFonts w:ascii="Arial" w:hAnsi="Arial" w:cs="Arial"/>
          <w:b/>
          <w:color w:val="2B8F86"/>
          <w:sz w:val="23"/>
          <w:rtl w:val="1"/>
          <w:szCs w:val="23"/>
          <w:bCs/>
        </w:rPr>
        <w:t>✏️ מטרת הטיפים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איזה טיפ הכי עוזר לך?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מסך בחדר אחר לפני השינה</w:t>
      </w:r>
    </w:p>
    <w:p>
      <w:pPr>
        <w:bidi w:val="1"/>
        <w:jc w:val="right"/>
      </w:pPr>
      <w:r>
        <w:rPr>
          <w:rFonts w:ascii="Arial" w:hAnsi="Arial" w:cs="Arial"/>
          <w:b w:val="0"/>
          <w:sz w:val="24"/>
          <w:rtl w:val="1"/>
          <w:szCs w:val="24"/>
        </w:rPr>
        <w:t xml:space="preserve">   ◯ ב. פגישה אמיתית במקום הודעה</w:t>
      </w:r>
    </w:p>
    <w:p>
      <w:pPr>
        <w:bidi w:val="1"/>
        <w:jc w:val="right"/>
      </w:pPr>
      <w:r>
        <w:rPr>
          <w:rFonts w:ascii="Arial" w:hAnsi="Arial" w:cs="Arial"/>
          <w:b w:val="0"/>
          <w:sz w:val="24"/>
          <w:rtl w:val="1"/>
          <w:szCs w:val="24"/>
        </w:rPr>
        <w:t xml:space="preserve">   ◯ ג. חצי שעה תנועה בחוץ</w:t>
      </w:r>
    </w:p>
    <w:p>
      <w:pPr>
        <w:bidi w:val="1"/>
        <w:jc w:val="right"/>
      </w:pPr>
      <w:r>
        <w:rPr>
          <w:rFonts w:ascii="Arial" w:hAnsi="Arial" w:cs="Arial"/>
          <w:b/>
          <w:color w:val="2B8F86"/>
          <w:sz w:val="23"/>
          <w:rtl w:val="1"/>
          <w:szCs w:val="23"/>
          <w:bCs/>
        </w:rPr>
        <w:t>✏️ לדעתי הטיפ הכי טוב הוא… כי לפי הנתון…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האינפוגרפיקה מראה גם צד טוב של המסך?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 בדברי טליה</w:t>
      </w:r>
    </w:p>
    <w:p>
      <w:pPr>
        <w:bidi w:val="1"/>
        <w:jc w:val="right"/>
      </w:pPr>
      <w:r>
        <w:rPr>
          <w:rFonts w:ascii="Arial" w:hAnsi="Arial" w:cs="Arial"/>
          <w:b w:val="0"/>
          <w:sz w:val="24"/>
          <w:rtl w:val="1"/>
          <w:szCs w:val="24"/>
        </w:rPr>
        <w:t xml:space="preserve">   ◯ ב. לא – אין שום דבר טוב</w:t>
      </w:r>
    </w:p>
    <w:p>
      <w:pPr>
        <w:bidi w:val="1"/>
        <w:jc w:val="right"/>
      </w:pPr>
      <w:r>
        <w:rPr>
          <w:rFonts w:ascii="Arial" w:hAnsi="Arial" w:cs="Arial"/>
          <w:b w:val="0"/>
          <w:sz w:val="24"/>
          <w:rtl w:val="1"/>
          <w:szCs w:val="24"/>
        </w:rPr>
        <w:t xml:space="preserve">   ◯ ג. אין בה ציטוטים בכלל</w:t>
      </w:r>
    </w:p>
    <w:p>
      <w:pPr>
        <w:bidi w:val="1"/>
        <w:jc w:val="right"/>
      </w:pPr>
      <w:r>
        <w:rPr>
          <w:rFonts w:ascii="Arial" w:hAnsi="Arial" w:cs="Arial"/>
          <w:b/>
          <w:color w:val="2B8F86"/>
          <w:sz w:val="23"/>
          <w:rtl w:val="1"/>
          <w:szCs w:val="23"/>
          <w:bCs/>
        </w:rPr>
        <w:t>✏️ לדעתי האינפוגרפיקה…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התנדבתם פעם? מה לדעתכם מקבל המתנדב עצמו, מלבד ההרגשה הטובה?</w:t>
      </w:r>
    </w:p>
    <w:p>
      <w:pPr>
        <w:bidi w:val="1"/>
        <w:jc w:val="right"/>
      </w:pPr>
      <w:r>
        <w:rPr>
          <w:rFonts w:ascii="Arial" w:hAnsi="Arial" w:cs="Arial"/>
          <w:b/>
          <w:color w:val="2B8F86"/>
          <w:sz w:val="21"/>
          <w:rtl w:val="1"/>
          <w:szCs w:val="21"/>
          <w:bCs/>
        </w:rPr>
        <w:t>טקסט 2 · כתבה</w:t>
      </w:r>
    </w:p>
    <w:p>
      <w:pPr>
        <w:pStyle w:val="Heading2"/>
        <w:bidi w:val="1"/>
        <w:jc w:val="right"/>
      </w:pPr>
      <w:r>
        <w:rPr>
          <w:rFonts w:ascii="Arial" w:hAnsi="Arial" w:cs="Arial"/>
          <w:b/>
          <w:color w:val="2B8F86"/>
          <w:sz w:val="30"/>
          <w:rtl w:val="1"/>
          <w:szCs w:val="30"/>
          <w:bCs/>
        </w:rPr>
        <w:t>"גילינו שגם אנחנו יכולים לשנות משהו"</w:t>
      </w:r>
    </w:p>
    <w:p>
      <w:pPr>
        <w:bidi w:val="1"/>
        <w:jc w:val="right"/>
      </w:pPr>
      <w:r>
        <w:rPr>
          <w:rFonts w:ascii="Arial" w:hAnsi="Arial" w:cs="Arial"/>
          <w:b/>
          <w:color w:val="5D5675"/>
          <w:sz w:val="24"/>
          <w:rtl w:val="1"/>
          <w:szCs w:val="24"/>
          <w:bCs/>
        </w:rPr>
        <w:t>בני נוער מהשכונה מתנדבים בספרייה, אצל שכנים מבוגרים וביום איסוף מזון – ומספרים מה קיבלו בחזרה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ביום שלישי ילדים מכיתה א׳ קוראים בספרייה עם בני נוער מכיתה ח׳. מאיה בת 13. בהתחלה הילד לא רצה לקרוא. היום הוא קורא לה.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28 בני נוער התנדבו השנה. יש שלושה מסלולים: קריאה עם ילדים, ביקור אצל שכנים מבוגרים, ויום איסוף מזון. כל מתנדב מגיע פעם בשבוע, חצי שנה.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אדיסו בן 14. הוא מבקר כל יום חמישי את רבקה, בת 86. היא לימדה אותו שש־בש. הוא לימד אותה לשלוח תמונות לנכדים.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ביום איסוף המזון המתנדבים עומדים ליד חנויות. הם מבקשים מהקונים לתרום מוצר. בערב הם אורזים חבילות. עלי מספר: מילאנו 120 ארגזים.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נועה היא הרכזת. היא אומרת: בני הנוער מגלים שהם אחראים. הקושי הוא להמשיך להגיע כל שבוע.</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בסוף השנה כל מתנדב כתב משפט על פתק. אדיסו הראה תמונה שרבקה שלחה לבד.</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מסלול – דרך פעילות אחת מתוך כמה אפשרויות · מתחייב – מבטיח לעשות משהו · ממיינים – מסדרים לפי סוגים · רכזת – האחראית שמארגנת את הקבוצה · ביישנים – שמתביישים ומדברים מעט · ההתמדה – להמשיך לעשות משהו לאורך זמן, גם כשקשה</w:t>
      </w:r>
    </w:p>
    <w:p>
      <w:pPr>
        <w:pStyle w:val="Heading3"/>
        <w:bidi w:val="1"/>
        <w:jc w:val="right"/>
      </w:pPr>
      <w:r>
        <w:rPr>
          <w:rFonts w:ascii="Arial" w:hAnsi="Arial" w:cs="Arial"/>
          <w:b/>
          <w:color w:val="6B4FC4"/>
          <w:sz w:val="26"/>
          <w:rtl w:val="1"/>
          <w:szCs w:val="26"/>
          <w:bCs/>
        </w:rPr>
        <w:t>שאלות על הטקסט ״"גילינו שגם אנחנו יכולים לשנות משהו"״</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איזה מסלול הוא אחד ממסלולי הקבוצה?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ביקור אצל שכנים מבוגרים</w:t>
      </w:r>
    </w:p>
    <w:p>
      <w:pPr>
        <w:bidi w:val="1"/>
        <w:jc w:val="right"/>
      </w:pPr>
      <w:r>
        <w:rPr>
          <w:rFonts w:ascii="Arial" w:hAnsi="Arial" w:cs="Arial"/>
          <w:b w:val="0"/>
          <w:sz w:val="24"/>
          <w:rtl w:val="1"/>
          <w:szCs w:val="24"/>
        </w:rPr>
        <w:t xml:space="preserve">   ◯ ב. אימון כדורגל</w:t>
      </w:r>
    </w:p>
    <w:p>
      <w:pPr>
        <w:bidi w:val="1"/>
        <w:jc w:val="right"/>
      </w:pPr>
      <w:r>
        <w:rPr>
          <w:rFonts w:ascii="Arial" w:hAnsi="Arial" w:cs="Arial"/>
          <w:b w:val="0"/>
          <w:sz w:val="24"/>
          <w:rtl w:val="1"/>
          <w:szCs w:val="24"/>
        </w:rPr>
        <w:t xml:space="preserve">   ◯ ג. צביעת קירות</w:t>
      </w:r>
    </w:p>
    <w:p>
      <w:pPr>
        <w:bidi w:val="1"/>
        <w:jc w:val="right"/>
      </w:pPr>
      <w:r>
        <w:rPr>
          <w:rFonts w:ascii="Arial" w:hAnsi="Arial" w:cs="Arial"/>
          <w:b/>
          <w:color w:val="2B8F86"/>
          <w:sz w:val="23"/>
          <w:rtl w:val="1"/>
          <w:szCs w:val="23"/>
          <w:bCs/>
        </w:rPr>
        <w:t>✏️ שלושת המסלולים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כמה זמן מתחייב כל מתנדב?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חודש אחד</w:t>
      </w:r>
    </w:p>
    <w:p>
      <w:pPr>
        <w:bidi w:val="1"/>
        <w:jc w:val="right"/>
      </w:pPr>
      <w:r>
        <w:rPr>
          <w:rFonts w:ascii="Arial" w:hAnsi="Arial" w:cs="Arial"/>
          <w:b w:val="0"/>
          <w:sz w:val="24"/>
          <w:rtl w:val="1"/>
          <w:szCs w:val="24"/>
        </w:rPr>
        <w:t xml:space="preserve">   ◯ ב. חצי שנה</w:t>
      </w:r>
    </w:p>
    <w:p>
      <w:pPr>
        <w:bidi w:val="1"/>
        <w:jc w:val="right"/>
      </w:pPr>
      <w:r>
        <w:rPr>
          <w:rFonts w:ascii="Arial" w:hAnsi="Arial" w:cs="Arial"/>
          <w:b w:val="0"/>
          <w:sz w:val="24"/>
          <w:rtl w:val="1"/>
          <w:szCs w:val="24"/>
        </w:rPr>
        <w:t xml:space="preserve">   ◯ ג. שנתיים</w:t>
      </w:r>
    </w:p>
    <w:p>
      <w:pPr>
        <w:bidi w:val="1"/>
        <w:jc w:val="right"/>
      </w:pPr>
      <w:r>
        <w:rPr>
          <w:rFonts w:ascii="Arial" w:hAnsi="Arial" w:cs="Arial"/>
          <w:b/>
          <w:color w:val="2B8F86"/>
          <w:sz w:val="23"/>
          <w:rtl w:val="1"/>
          <w:szCs w:val="23"/>
          <w:bCs/>
        </w:rPr>
        <w:t>✏️ כל מתנדב מתחייב…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עושים המתנדבים בערב של יום האיסוף?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קוראים ספרים</w:t>
      </w:r>
    </w:p>
    <w:p>
      <w:pPr>
        <w:bidi w:val="1"/>
        <w:jc w:val="right"/>
      </w:pPr>
      <w:r>
        <w:rPr>
          <w:rFonts w:ascii="Arial" w:hAnsi="Arial" w:cs="Arial"/>
          <w:b w:val="0"/>
          <w:sz w:val="24"/>
          <w:rtl w:val="1"/>
          <w:szCs w:val="24"/>
        </w:rPr>
        <w:t xml:space="preserve">   ◯ ב. ממיינים ואורזים חבילות</w:t>
      </w:r>
    </w:p>
    <w:p>
      <w:pPr>
        <w:bidi w:val="1"/>
        <w:jc w:val="right"/>
      </w:pPr>
      <w:r>
        <w:rPr>
          <w:rFonts w:ascii="Arial" w:hAnsi="Arial" w:cs="Arial"/>
          <w:b w:val="0"/>
          <w:sz w:val="24"/>
          <w:rtl w:val="1"/>
          <w:szCs w:val="24"/>
        </w:rPr>
        <w:t xml:space="preserve">   ◯ ג. משחקים שש־בש</w:t>
      </w:r>
    </w:p>
    <w:p>
      <w:pPr>
        <w:bidi w:val="1"/>
        <w:jc w:val="right"/>
      </w:pPr>
      <w:r>
        <w:rPr>
          <w:rFonts w:ascii="Arial" w:hAnsi="Arial" w:cs="Arial"/>
          <w:b/>
          <w:color w:val="2B8F86"/>
          <w:sz w:val="23"/>
          <w:rtl w:val="1"/>
          <w:szCs w:val="23"/>
          <w:bCs/>
        </w:rPr>
        <w:t>✏️ קודם… אחר כך… בערב…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לרבקה חשוב שאדיסו "בא לבקר"?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הם כמו חברים</w:t>
      </w:r>
    </w:p>
    <w:p>
      <w:pPr>
        <w:bidi w:val="1"/>
        <w:jc w:val="right"/>
      </w:pPr>
      <w:r>
        <w:rPr>
          <w:rFonts w:ascii="Arial" w:hAnsi="Arial" w:cs="Arial"/>
          <w:b w:val="0"/>
          <w:sz w:val="24"/>
          <w:rtl w:val="1"/>
          <w:szCs w:val="24"/>
        </w:rPr>
        <w:t xml:space="preserve">   ◯ ב. כי הוא מנקה לה את הבית</w:t>
      </w:r>
    </w:p>
    <w:p>
      <w:pPr>
        <w:bidi w:val="1"/>
        <w:jc w:val="right"/>
      </w:pPr>
      <w:r>
        <w:rPr>
          <w:rFonts w:ascii="Arial" w:hAnsi="Arial" w:cs="Arial"/>
          <w:b w:val="0"/>
          <w:sz w:val="24"/>
          <w:rtl w:val="1"/>
          <w:szCs w:val="24"/>
        </w:rPr>
        <w:t xml:space="preserve">   ◯ ג. כי היא לא אוהבת אורחים</w:t>
      </w:r>
    </w:p>
    <w:p>
      <w:pPr>
        <w:bidi w:val="1"/>
        <w:jc w:val="right"/>
      </w:pPr>
      <w:r>
        <w:rPr>
          <w:rFonts w:ascii="Arial" w:hAnsi="Arial" w:cs="Arial"/>
          <w:b/>
          <w:color w:val="2B8F86"/>
          <w:sz w:val="23"/>
          <w:rtl w:val="1"/>
          <w:szCs w:val="23"/>
          <w:bCs/>
        </w:rPr>
        <w:t>✏️ רבקה מרגישה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למדנו על האישה עם הקמח?</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שפעם גם היא קיבלה חבילה</w:t>
      </w:r>
    </w:p>
    <w:p>
      <w:pPr>
        <w:bidi w:val="1"/>
        <w:jc w:val="right"/>
      </w:pPr>
      <w:r>
        <w:rPr>
          <w:rFonts w:ascii="Arial" w:hAnsi="Arial" w:cs="Arial"/>
          <w:b w:val="0"/>
          <w:sz w:val="24"/>
          <w:rtl w:val="1"/>
          <w:szCs w:val="24"/>
        </w:rPr>
        <w:t xml:space="preserve">   ◯ ב. שהיא עובדת בחנות</w:t>
      </w:r>
    </w:p>
    <w:p>
      <w:pPr>
        <w:bidi w:val="1"/>
        <w:jc w:val="right"/>
      </w:pPr>
      <w:r>
        <w:rPr>
          <w:rFonts w:ascii="Arial" w:hAnsi="Arial" w:cs="Arial"/>
          <w:b w:val="0"/>
          <w:sz w:val="24"/>
          <w:rtl w:val="1"/>
          <w:szCs w:val="24"/>
        </w:rPr>
        <w:t xml:space="preserve">   ◯ ג. שהיא סבתא של עלי</w:t>
      </w:r>
    </w:p>
    <w:p>
      <w:pPr>
        <w:bidi w:val="1"/>
        <w:jc w:val="right"/>
      </w:pPr>
      <w:r>
        <w:rPr>
          <w:rFonts w:ascii="Arial" w:hAnsi="Arial" w:cs="Arial"/>
          <w:b/>
          <w:color w:val="2B8F86"/>
          <w:sz w:val="23"/>
          <w:rtl w:val="1"/>
          <w:szCs w:val="23"/>
          <w:bCs/>
        </w:rPr>
        <w:t>✏️ אפשר להסיק שהאישה…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עושה הפסקה האחרונה?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מסכמת את הכתבה</w:t>
      </w:r>
    </w:p>
    <w:p>
      <w:pPr>
        <w:bidi w:val="1"/>
        <w:jc w:val="right"/>
      </w:pPr>
      <w:r>
        <w:rPr>
          <w:rFonts w:ascii="Arial" w:hAnsi="Arial" w:cs="Arial"/>
          <w:b w:val="0"/>
          <w:sz w:val="24"/>
          <w:rtl w:val="1"/>
          <w:szCs w:val="24"/>
        </w:rPr>
        <w:t xml:space="preserve">   ◯ ב. מציגה נושא חדש</w:t>
      </w:r>
    </w:p>
    <w:p>
      <w:pPr>
        <w:bidi w:val="1"/>
        <w:jc w:val="right"/>
      </w:pPr>
      <w:r>
        <w:rPr>
          <w:rFonts w:ascii="Arial" w:hAnsi="Arial" w:cs="Arial"/>
          <w:b w:val="0"/>
          <w:sz w:val="24"/>
          <w:rtl w:val="1"/>
          <w:szCs w:val="24"/>
        </w:rPr>
        <w:t xml:space="preserve">   ◯ ג. מסבירה איך מגיעים לספרייה</w:t>
      </w:r>
    </w:p>
    <w:p>
      <w:pPr>
        <w:bidi w:val="1"/>
        <w:jc w:val="right"/>
      </w:pPr>
      <w:r>
        <w:rPr>
          <w:rFonts w:ascii="Arial" w:hAnsi="Arial" w:cs="Arial"/>
          <w:b/>
          <w:color w:val="2B8F86"/>
          <w:sz w:val="23"/>
          <w:rtl w:val="1"/>
          <w:szCs w:val="23"/>
          <w:bCs/>
        </w:rPr>
        <w:t>✏️ הפסקה האחרונה…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הראתה התמונה של אדיסו?</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שרבקה שלחה תמונה לבד</w:t>
      </w:r>
    </w:p>
    <w:p>
      <w:pPr>
        <w:bidi w:val="1"/>
        <w:jc w:val="right"/>
      </w:pPr>
      <w:r>
        <w:rPr>
          <w:rFonts w:ascii="Arial" w:hAnsi="Arial" w:cs="Arial"/>
          <w:b w:val="0"/>
          <w:sz w:val="24"/>
          <w:rtl w:val="1"/>
          <w:szCs w:val="24"/>
        </w:rPr>
        <w:t xml:space="preserve">   ◯ ב. שאדיסו ניצח בשש־בש</w:t>
      </w:r>
    </w:p>
    <w:p>
      <w:pPr>
        <w:bidi w:val="1"/>
        <w:jc w:val="right"/>
      </w:pPr>
      <w:r>
        <w:rPr>
          <w:rFonts w:ascii="Arial" w:hAnsi="Arial" w:cs="Arial"/>
          <w:b w:val="0"/>
          <w:sz w:val="24"/>
          <w:rtl w:val="1"/>
          <w:szCs w:val="24"/>
        </w:rPr>
        <w:t xml:space="preserve">   ◯ ג. שהספרייה מלאה</w:t>
      </w:r>
    </w:p>
    <w:p>
      <w:pPr>
        <w:bidi w:val="1"/>
        <w:jc w:val="right"/>
      </w:pPr>
      <w:r>
        <w:rPr>
          <w:rFonts w:ascii="Arial" w:hAnsi="Arial" w:cs="Arial"/>
          <w:b/>
          <w:color w:val="2B8F86"/>
          <w:sz w:val="23"/>
          <w:rtl w:val="1"/>
          <w:szCs w:val="23"/>
          <w:bCs/>
        </w:rPr>
        <w:t>✏️ אדיסו הראה תמונה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לדעתך הכי קשה בהתנדבות?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להמשיך להגיע כל שבוע</w:t>
      </w:r>
    </w:p>
    <w:p>
      <w:pPr>
        <w:bidi w:val="1"/>
        <w:jc w:val="right"/>
      </w:pPr>
      <w:r>
        <w:rPr>
          <w:rFonts w:ascii="Arial" w:hAnsi="Arial" w:cs="Arial"/>
          <w:b w:val="0"/>
          <w:sz w:val="24"/>
          <w:rtl w:val="1"/>
          <w:szCs w:val="24"/>
        </w:rPr>
        <w:t xml:space="preserve">   ◯ ב. להגיע בפעם הראשונה</w:t>
      </w:r>
    </w:p>
    <w:p>
      <w:pPr>
        <w:bidi w:val="1"/>
        <w:jc w:val="right"/>
      </w:pPr>
      <w:r>
        <w:rPr>
          <w:rFonts w:ascii="Arial" w:hAnsi="Arial" w:cs="Arial"/>
          <w:b w:val="0"/>
          <w:sz w:val="24"/>
          <w:rtl w:val="1"/>
          <w:szCs w:val="24"/>
        </w:rPr>
        <w:t xml:space="preserve">   ◯ ג. לבחור מסלול</w:t>
      </w:r>
    </w:p>
    <w:p>
      <w:pPr>
        <w:bidi w:val="1"/>
        <w:jc w:val="right"/>
      </w:pPr>
      <w:r>
        <w:rPr>
          <w:rFonts w:ascii="Arial" w:hAnsi="Arial" w:cs="Arial"/>
          <w:b/>
          <w:color w:val="2B8F86"/>
          <w:sz w:val="23"/>
          <w:rtl w:val="1"/>
          <w:szCs w:val="23"/>
          <w:bCs/>
        </w:rPr>
        <w:t>✏️ אני מסכים/ה ש…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באיזה מסלול היית בוחר/ת?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קריאה עם ילדים</w:t>
      </w:r>
    </w:p>
    <w:p>
      <w:pPr>
        <w:bidi w:val="1"/>
        <w:jc w:val="right"/>
      </w:pPr>
      <w:r>
        <w:rPr>
          <w:rFonts w:ascii="Arial" w:hAnsi="Arial" w:cs="Arial"/>
          <w:b w:val="0"/>
          <w:sz w:val="24"/>
          <w:rtl w:val="1"/>
          <w:szCs w:val="24"/>
        </w:rPr>
        <w:t xml:space="preserve">   ◯ ב. ביקור שכנים מבוגרים</w:t>
      </w:r>
    </w:p>
    <w:p>
      <w:pPr>
        <w:bidi w:val="1"/>
        <w:jc w:val="right"/>
      </w:pPr>
      <w:r>
        <w:rPr>
          <w:rFonts w:ascii="Arial" w:hAnsi="Arial" w:cs="Arial"/>
          <w:b w:val="0"/>
          <w:sz w:val="24"/>
          <w:rtl w:val="1"/>
          <w:szCs w:val="24"/>
        </w:rPr>
        <w:t xml:space="preserve">   ◯ ג. יום איסוף מזון</w:t>
      </w:r>
    </w:p>
    <w:p>
      <w:pPr>
        <w:bidi w:val="1"/>
        <w:jc w:val="right"/>
      </w:pPr>
      <w:r>
        <w:rPr>
          <w:rFonts w:ascii="Arial" w:hAnsi="Arial" w:cs="Arial"/>
          <w:b/>
          <w:color w:val="2B8F86"/>
          <w:sz w:val="23"/>
          <w:rtl w:val="1"/>
          <w:szCs w:val="23"/>
          <w:bCs/>
        </w:rPr>
        <w:t>✏️ הייתי בוחר/ת ב… כי… וגם כי בכתבה…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כמה בקבוקי פלסטיק לדעתכם זורקת הכיתה שלנו בשבוע אחד? ולאן הם הולכים אחרי שהם נזרקים לפח?</w:t>
      </w:r>
    </w:p>
    <w:p>
      <w:pPr>
        <w:bidi w:val="1"/>
        <w:jc w:val="right"/>
      </w:pPr>
      <w:r>
        <w:rPr>
          <w:rFonts w:ascii="Arial" w:hAnsi="Arial" w:cs="Arial"/>
          <w:b/>
          <w:color w:val="2B8F86"/>
          <w:sz w:val="21"/>
          <w:rtl w:val="1"/>
          <w:szCs w:val="21"/>
          <w:bCs/>
        </w:rPr>
        <w:t>טקסט 3 · מאמר מידע</w:t>
      </w:r>
    </w:p>
    <w:p>
      <w:pPr>
        <w:pStyle w:val="Heading2"/>
        <w:bidi w:val="1"/>
        <w:jc w:val="right"/>
      </w:pPr>
      <w:r>
        <w:rPr>
          <w:rFonts w:ascii="Arial" w:hAnsi="Arial" w:cs="Arial"/>
          <w:b/>
          <w:color w:val="2B8F86"/>
          <w:sz w:val="30"/>
          <w:rtl w:val="1"/>
          <w:szCs w:val="30"/>
          <w:bCs/>
        </w:rPr>
        <w:t>המסע הארוך של בקבוק קטן</w:t>
      </w:r>
    </w:p>
    <w:p>
      <w:pPr>
        <w:bidi w:val="1"/>
        <w:jc w:val="right"/>
      </w:pPr>
      <w:r>
        <w:rPr>
          <w:rFonts w:ascii="Arial" w:hAnsi="Arial" w:cs="Arial"/>
          <w:b/>
          <w:color w:val="5D5675"/>
          <w:sz w:val="24"/>
          <w:rtl w:val="1"/>
          <w:szCs w:val="24"/>
          <w:bCs/>
        </w:rPr>
        <w:t>בקבוק מים משמש אותנו כמה דקות – אבל מה קורה לו לפני כן ואחרי כן?</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אנחנו שותים בקבוק מים בחצי שעה. אבל הבקבוק יכול להישאר בטבע מאות שנים.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בקבוקים עשויים מפלסטיק. מייצרים פלסטיק מנפט ומגז. הם לא מתחדשים. במפעל מחממים ומנפחים את הפלסטיק. זה צורך הרבה אנרגיה.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פלסטיק לא נעלם כמו קליפת תפוז. הוא מתפורר לחתיכות קטנות. החתיכות הכי קטנות נקראות מיקרופלסטיק. הן נמצאות בים ובגוף של דגים.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בקבוק ברחוב יכול להגיע לים. צב ים יכול לחשוב ששקית היא מדוזה. בעלי חיים בולעים פלסטיק ונפגעים.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אפשר למחזר בקבוק. טוחנים אותו ועושים ממנו בגדים או בקבוקים חדשים. אבל גם מחזור צורך אנרגיה.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הכי חשוב לצמצם פלסטיק חד־פעמי. אפשר להשתמש בבקבוק רב־פעמי ובקופסת אוכל. פעולות קטנות עוזרות.</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מתכלה – מתפרק בטבע ונעלם עם הזמן · משאבים – חומרים מהטבע שבני אדם משתמשים בהם · מתחדשים – חוזרים ונוצרים מחדש בטבע · מיקרופלסטיק – חתיכות פלסטיק קטנות מאוד · מחזור – שימוש בחומר ישן כדי לייצר מוצר חדש · לצמצם – להקטין, להשתמש פחות</w:t>
      </w:r>
    </w:p>
    <w:p>
      <w:pPr>
        <w:pStyle w:val="Heading3"/>
        <w:bidi w:val="1"/>
        <w:jc w:val="right"/>
      </w:pPr>
      <w:r>
        <w:rPr>
          <w:rFonts w:ascii="Arial" w:hAnsi="Arial" w:cs="Arial"/>
          <w:b/>
          <w:color w:val="6B4FC4"/>
          <w:sz w:val="26"/>
          <w:rtl w:val="1"/>
          <w:szCs w:val="26"/>
          <w:bCs/>
        </w:rPr>
        <w:t>שאלות על הטקסט ״המסע הארוך של בקבוק קטן״</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ממה מייצרים פלסטיק?</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מנפט ומגז</w:t>
      </w:r>
    </w:p>
    <w:p>
      <w:pPr>
        <w:bidi w:val="1"/>
        <w:jc w:val="right"/>
      </w:pPr>
      <w:r>
        <w:rPr>
          <w:rFonts w:ascii="Arial" w:hAnsi="Arial" w:cs="Arial"/>
          <w:b w:val="0"/>
          <w:sz w:val="24"/>
          <w:rtl w:val="1"/>
          <w:szCs w:val="24"/>
        </w:rPr>
        <w:t xml:space="preserve">   ◯ ב. מעצים</w:t>
      </w:r>
    </w:p>
    <w:p>
      <w:pPr>
        <w:bidi w:val="1"/>
        <w:jc w:val="right"/>
      </w:pPr>
      <w:r>
        <w:rPr>
          <w:rFonts w:ascii="Arial" w:hAnsi="Arial" w:cs="Arial"/>
          <w:b w:val="0"/>
          <w:sz w:val="24"/>
          <w:rtl w:val="1"/>
          <w:szCs w:val="24"/>
        </w:rPr>
        <w:t xml:space="preserve">   ◯ ג. מחול</w:t>
      </w:r>
    </w:p>
    <w:p>
      <w:pPr>
        <w:bidi w:val="1"/>
        <w:jc w:val="right"/>
      </w:pPr>
      <w:r>
        <w:rPr>
          <w:rFonts w:ascii="Arial" w:hAnsi="Arial" w:cs="Arial"/>
          <w:b/>
          <w:color w:val="2B8F86"/>
          <w:sz w:val="23"/>
          <w:rtl w:val="1"/>
          <w:szCs w:val="23"/>
          <w:bCs/>
        </w:rPr>
        <w:t>✏️ מייצרים פלסטיק מ…</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עושים לבקבוק במחזור?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שורפים אותו</w:t>
      </w:r>
    </w:p>
    <w:p>
      <w:pPr>
        <w:bidi w:val="1"/>
        <w:jc w:val="right"/>
      </w:pPr>
      <w:r>
        <w:rPr>
          <w:rFonts w:ascii="Arial" w:hAnsi="Arial" w:cs="Arial"/>
          <w:b w:val="0"/>
          <w:sz w:val="24"/>
          <w:rtl w:val="1"/>
          <w:szCs w:val="24"/>
        </w:rPr>
        <w:t xml:space="preserve">   ◯ ב. טוחנים אותו לפתיתים</w:t>
      </w:r>
    </w:p>
    <w:p>
      <w:pPr>
        <w:bidi w:val="1"/>
        <w:jc w:val="right"/>
      </w:pPr>
      <w:r>
        <w:rPr>
          <w:rFonts w:ascii="Arial" w:hAnsi="Arial" w:cs="Arial"/>
          <w:b w:val="0"/>
          <w:sz w:val="24"/>
          <w:rtl w:val="1"/>
          <w:szCs w:val="24"/>
        </w:rPr>
        <w:t xml:space="preserve">   ◯ ג. קוברים אותו</w:t>
      </w:r>
    </w:p>
    <w:p>
      <w:pPr>
        <w:bidi w:val="1"/>
        <w:jc w:val="right"/>
      </w:pPr>
      <w:r>
        <w:rPr>
          <w:rFonts w:ascii="Arial" w:hAnsi="Arial" w:cs="Arial"/>
          <w:b/>
          <w:color w:val="2B8F86"/>
          <w:sz w:val="23"/>
          <w:rtl w:val="1"/>
          <w:szCs w:val="23"/>
          <w:bCs/>
        </w:rPr>
        <w:t>✏️ במחזור קודם… אחר כך…</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עלול צב ים לחשוב על שקית?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שהיא מדוזה</w:t>
      </w:r>
    </w:p>
    <w:p>
      <w:pPr>
        <w:bidi w:val="1"/>
        <w:jc w:val="right"/>
      </w:pPr>
      <w:r>
        <w:rPr>
          <w:rFonts w:ascii="Arial" w:hAnsi="Arial" w:cs="Arial"/>
          <w:b w:val="0"/>
          <w:sz w:val="24"/>
          <w:rtl w:val="1"/>
          <w:szCs w:val="24"/>
        </w:rPr>
        <w:t xml:space="preserve">   ◯ ב. שהיא אבן</w:t>
      </w:r>
    </w:p>
    <w:p>
      <w:pPr>
        <w:bidi w:val="1"/>
        <w:jc w:val="right"/>
      </w:pPr>
      <w:r>
        <w:rPr>
          <w:rFonts w:ascii="Arial" w:hAnsi="Arial" w:cs="Arial"/>
          <w:b w:val="0"/>
          <w:sz w:val="24"/>
          <w:rtl w:val="1"/>
          <w:szCs w:val="24"/>
        </w:rPr>
        <w:t xml:space="preserve">   ◯ ג. שהיא דג</w:t>
      </w:r>
    </w:p>
    <w:p>
      <w:pPr>
        <w:bidi w:val="1"/>
        <w:jc w:val="right"/>
      </w:pPr>
      <w:r>
        <w:rPr>
          <w:rFonts w:ascii="Arial" w:hAnsi="Arial" w:cs="Arial"/>
          <w:b/>
          <w:color w:val="2B8F86"/>
          <w:sz w:val="23"/>
          <w:rtl w:val="1"/>
          <w:szCs w:val="23"/>
          <w:bCs/>
        </w:rPr>
        <w:t>✏️ דוגמה אחת היא… דוגמה שנייה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ההבדל בין קליפת תפוז לבקבוק?</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קליפה מתפרקת, בקבוק לא</w:t>
      </w:r>
    </w:p>
    <w:p>
      <w:pPr>
        <w:bidi w:val="1"/>
        <w:jc w:val="right"/>
      </w:pPr>
      <w:r>
        <w:rPr>
          <w:rFonts w:ascii="Arial" w:hAnsi="Arial" w:cs="Arial"/>
          <w:b w:val="0"/>
          <w:sz w:val="24"/>
          <w:rtl w:val="1"/>
          <w:szCs w:val="24"/>
        </w:rPr>
        <w:t xml:space="preserve">   ◯ ב. שניהם נעלמים מהר</w:t>
      </w:r>
    </w:p>
    <w:p>
      <w:pPr>
        <w:bidi w:val="1"/>
        <w:jc w:val="right"/>
      </w:pPr>
      <w:r>
        <w:rPr>
          <w:rFonts w:ascii="Arial" w:hAnsi="Arial" w:cs="Arial"/>
          <w:b w:val="0"/>
          <w:sz w:val="24"/>
          <w:rtl w:val="1"/>
          <w:szCs w:val="24"/>
        </w:rPr>
        <w:t xml:space="preserve">   ◯ ג. בקבוק מתפרק מהר יותר</w:t>
      </w:r>
    </w:p>
    <w:p>
      <w:pPr>
        <w:bidi w:val="1"/>
        <w:jc w:val="right"/>
      </w:pPr>
      <w:r>
        <w:rPr>
          <w:rFonts w:ascii="Arial" w:hAnsi="Arial" w:cs="Arial"/>
          <w:b/>
          <w:color w:val="2B8F86"/>
          <w:sz w:val="23"/>
          <w:rtl w:val="1"/>
          <w:szCs w:val="23"/>
          <w:bCs/>
        </w:rPr>
        <w:t>✏️ קליפת תפוז… אבל פלסטיק…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האם בקבוק שהתפורר נעלם?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לא, הוא הופך למיקרופלסטיק</w:t>
      </w:r>
    </w:p>
    <w:p>
      <w:pPr>
        <w:bidi w:val="1"/>
        <w:jc w:val="right"/>
      </w:pPr>
      <w:r>
        <w:rPr>
          <w:rFonts w:ascii="Arial" w:hAnsi="Arial" w:cs="Arial"/>
          <w:b w:val="0"/>
          <w:sz w:val="24"/>
          <w:rtl w:val="1"/>
          <w:szCs w:val="24"/>
        </w:rPr>
        <w:t xml:space="preserve">   ◯ ב. כן, הוא נעלם לגמרי</w:t>
      </w:r>
    </w:p>
    <w:p>
      <w:pPr>
        <w:bidi w:val="1"/>
        <w:jc w:val="right"/>
      </w:pPr>
      <w:r>
        <w:rPr>
          <w:rFonts w:ascii="Arial" w:hAnsi="Arial" w:cs="Arial"/>
          <w:b w:val="0"/>
          <w:sz w:val="24"/>
          <w:rtl w:val="1"/>
          <w:szCs w:val="24"/>
        </w:rPr>
        <w:t xml:space="preserve">   ◯ ג. כן, הוא הופך למים</w:t>
      </w:r>
    </w:p>
    <w:p>
      <w:pPr>
        <w:bidi w:val="1"/>
        <w:jc w:val="right"/>
      </w:pPr>
      <w:r>
        <w:rPr>
          <w:rFonts w:ascii="Arial" w:hAnsi="Arial" w:cs="Arial"/>
          <w:b/>
          <w:color w:val="2B8F86"/>
          <w:sz w:val="23"/>
          <w:rtl w:val="1"/>
          <w:szCs w:val="23"/>
          <w:bCs/>
        </w:rPr>
        <w:t>✏️ הבקבוק לא נעלם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אומרת המילה "אולם"?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שיש ניגוד – גם למחזור יש חסרונות</w:t>
      </w:r>
    </w:p>
    <w:p>
      <w:pPr>
        <w:bidi w:val="1"/>
        <w:jc w:val="right"/>
      </w:pPr>
      <w:r>
        <w:rPr>
          <w:rFonts w:ascii="Arial" w:hAnsi="Arial" w:cs="Arial"/>
          <w:b w:val="0"/>
          <w:sz w:val="24"/>
          <w:rtl w:val="1"/>
          <w:szCs w:val="24"/>
        </w:rPr>
        <w:t xml:space="preserve">   ◯ ב. שהמחזור מושלם</w:t>
      </w:r>
    </w:p>
    <w:p>
      <w:pPr>
        <w:bidi w:val="1"/>
        <w:jc w:val="right"/>
      </w:pPr>
      <w:r>
        <w:rPr>
          <w:rFonts w:ascii="Arial" w:hAnsi="Arial" w:cs="Arial"/>
          <w:b w:val="0"/>
          <w:sz w:val="24"/>
          <w:rtl w:val="1"/>
          <w:szCs w:val="24"/>
        </w:rPr>
        <w:t xml:space="preserve">   ◯ ג. שיש עוד יתרון</w:t>
      </w:r>
    </w:p>
    <w:p>
      <w:pPr>
        <w:bidi w:val="1"/>
        <w:jc w:val="right"/>
      </w:pPr>
      <w:r>
        <w:rPr>
          <w:rFonts w:ascii="Arial" w:hAnsi="Arial" w:cs="Arial"/>
          <w:b/>
          <w:color w:val="2B8F86"/>
          <w:sz w:val="23"/>
          <w:rtl w:val="1"/>
          <w:szCs w:val="23"/>
          <w:bCs/>
        </w:rPr>
        <w:t>✏️ המילים האלה מראות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רוצה המאמר?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שנשתמש פחות בפלסטיק חד־פעמי</w:t>
      </w:r>
    </w:p>
    <w:p>
      <w:pPr>
        <w:bidi w:val="1"/>
        <w:jc w:val="right"/>
      </w:pPr>
      <w:r>
        <w:rPr>
          <w:rFonts w:ascii="Arial" w:hAnsi="Arial" w:cs="Arial"/>
          <w:b w:val="0"/>
          <w:sz w:val="24"/>
          <w:rtl w:val="1"/>
          <w:szCs w:val="24"/>
        </w:rPr>
        <w:t xml:space="preserve">   ◯ ב. שנקנה עוד בקבוקים</w:t>
      </w:r>
    </w:p>
    <w:p>
      <w:pPr>
        <w:bidi w:val="1"/>
        <w:jc w:val="right"/>
      </w:pPr>
      <w:r>
        <w:rPr>
          <w:rFonts w:ascii="Arial" w:hAnsi="Arial" w:cs="Arial"/>
          <w:b w:val="0"/>
          <w:sz w:val="24"/>
          <w:rtl w:val="1"/>
          <w:szCs w:val="24"/>
        </w:rPr>
        <w:t xml:space="preserve">   ◯ ג. שנפסיק לשתות מים</w:t>
      </w:r>
    </w:p>
    <w:p>
      <w:pPr>
        <w:bidi w:val="1"/>
        <w:jc w:val="right"/>
      </w:pPr>
      <w:r>
        <w:rPr>
          <w:rFonts w:ascii="Arial" w:hAnsi="Arial" w:cs="Arial"/>
          <w:b/>
          <w:color w:val="2B8F86"/>
          <w:sz w:val="23"/>
          <w:rtl w:val="1"/>
          <w:szCs w:val="23"/>
          <w:bCs/>
        </w:rPr>
        <w:t>✏️ מטרת המאמר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עדיף לדעתך?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להשתמש פחות בפלסטיק</w:t>
      </w:r>
    </w:p>
    <w:p>
      <w:pPr>
        <w:bidi w:val="1"/>
        <w:jc w:val="right"/>
      </w:pPr>
      <w:r>
        <w:rPr>
          <w:rFonts w:ascii="Arial" w:hAnsi="Arial" w:cs="Arial"/>
          <w:b w:val="0"/>
          <w:sz w:val="24"/>
          <w:rtl w:val="1"/>
          <w:szCs w:val="24"/>
        </w:rPr>
        <w:t xml:space="preserve">   ◯ ב. למחזר הכול</w:t>
      </w:r>
    </w:p>
    <w:p>
      <w:pPr>
        <w:bidi w:val="1"/>
        <w:jc w:val="right"/>
      </w:pPr>
      <w:r>
        <w:rPr>
          <w:rFonts w:ascii="Arial" w:hAnsi="Arial" w:cs="Arial"/>
          <w:b w:val="0"/>
          <w:sz w:val="24"/>
          <w:rtl w:val="1"/>
          <w:szCs w:val="24"/>
        </w:rPr>
        <w:t xml:space="preserve">   ◯ ג. לזרוק לפח רגיל</w:t>
      </w:r>
    </w:p>
    <w:p>
      <w:pPr>
        <w:bidi w:val="1"/>
        <w:jc w:val="right"/>
      </w:pPr>
      <w:r>
        <w:rPr>
          <w:rFonts w:ascii="Arial" w:hAnsi="Arial" w:cs="Arial"/>
          <w:b/>
          <w:color w:val="2B8F86"/>
          <w:sz w:val="23"/>
          <w:rtl w:val="1"/>
          <w:szCs w:val="23"/>
          <w:bCs/>
        </w:rPr>
        <w:t>✏️ לדעתי… כי לפי המאמר…</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מה אפשר לעשות בכיתה?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להביא בקבוק רב־פעמי</w:t>
      </w:r>
    </w:p>
    <w:p>
      <w:pPr>
        <w:bidi w:val="1"/>
        <w:jc w:val="right"/>
      </w:pPr>
      <w:r>
        <w:rPr>
          <w:rFonts w:ascii="Arial" w:hAnsi="Arial" w:cs="Arial"/>
          <w:b w:val="0"/>
          <w:sz w:val="24"/>
          <w:rtl w:val="1"/>
          <w:szCs w:val="24"/>
        </w:rPr>
        <w:t xml:space="preserve">   ◯ ב. לקנות יותר שקיות</w:t>
      </w:r>
    </w:p>
    <w:p>
      <w:pPr>
        <w:bidi w:val="1"/>
        <w:jc w:val="right"/>
      </w:pPr>
      <w:r>
        <w:rPr>
          <w:rFonts w:ascii="Arial" w:hAnsi="Arial" w:cs="Arial"/>
          <w:b w:val="0"/>
          <w:sz w:val="24"/>
          <w:rtl w:val="1"/>
          <w:szCs w:val="24"/>
        </w:rPr>
        <w:t xml:space="preserve">   ◯ ג. לזרוק בקבוקים בחצר</w:t>
      </w:r>
    </w:p>
    <w:p>
      <w:pPr>
        <w:bidi w:val="1"/>
        <w:jc w:val="right"/>
      </w:pPr>
      <w:r>
        <w:rPr>
          <w:rFonts w:ascii="Arial" w:hAnsi="Arial" w:cs="Arial"/>
          <w:b/>
          <w:color w:val="2B8F86"/>
          <w:sz w:val="23"/>
          <w:rtl w:val="1"/>
          <w:szCs w:val="23"/>
          <w:bCs/>
        </w:rPr>
        <w:t>✏️ אני מציע/ה… זה מעשי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אם הייתם רוצים לשנות משהו בשכונה שלכם, למי הייתם פונים – ואיך הייתם משכנעים אותו?</w:t>
      </w:r>
    </w:p>
    <w:p>
      <w:pPr>
        <w:bidi w:val="1"/>
        <w:jc w:val="right"/>
      </w:pPr>
      <w:r>
        <w:rPr>
          <w:rFonts w:ascii="Arial" w:hAnsi="Arial" w:cs="Arial"/>
          <w:b/>
          <w:color w:val="2B8F86"/>
          <w:sz w:val="21"/>
          <w:rtl w:val="1"/>
          <w:szCs w:val="21"/>
          <w:bCs/>
        </w:rPr>
        <w:t>טקסט 4 · מכתב</w:t>
      </w:r>
    </w:p>
    <w:p>
      <w:pPr>
        <w:pStyle w:val="Heading2"/>
        <w:bidi w:val="1"/>
        <w:jc w:val="right"/>
      </w:pPr>
      <w:r>
        <w:rPr>
          <w:rFonts w:ascii="Arial" w:hAnsi="Arial" w:cs="Arial"/>
          <w:b/>
          <w:color w:val="2B8F86"/>
          <w:sz w:val="30"/>
          <w:rtl w:val="1"/>
          <w:szCs w:val="30"/>
          <w:bCs/>
        </w:rPr>
        <w:t>בקשה לשיפוץ מגרש הספורט בשכונת הגפן</w:t>
      </w:r>
    </w:p>
    <w:p>
      <w:pPr>
        <w:bidi w:val="1"/>
        <w:jc w:val="right"/>
      </w:pPr>
      <w:r>
        <w:rPr>
          <w:rFonts w:ascii="Arial" w:hAnsi="Arial" w:cs="Arial"/>
          <w:b/>
          <w:color w:val="5D5675"/>
          <w:sz w:val="24"/>
          <w:rtl w:val="1"/>
          <w:szCs w:val="24"/>
          <w:bCs/>
        </w:rPr>
        <w:t>מכתב רשמי של מועצת התלמידים אל ראש המועצה המקומית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לכבוד ראש המועצה המקומית. הנדון: שיפוץ מגרש הספורט בשכונת הגפן. שלום רב.</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אנחנו מועצת התלמידים. מגרש הספורט הוא המקום היחיד בשכונה לשחק בחינם. היום המצב שלו רע. המשטח סדוק, סל שבור, הגדר קרועה ואין תאורה.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אנחנו מבקשים לשפץ את המגרש עד הקיץ. לתקן את המשטח, הסלים, השערים והגדר. להוסיף תאורה עד תשע בערב. גם ספסלים וברזייה.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למה? 1. בטיחות: שלושה ילדים נפצעו קל. 2. בריאות: נצא מהבית ונתאמן. 3. קהילה: ילדים מכל השכונה נפגשים שם.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אנחנו רוצים לעזור. נתנדב לנקות ולצבוע. צירפנו עצומה עם 210 חתימות ותמונות.</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נשמח להיפגש. תודה, יעל ומוחמד, מועצת התלמידים.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הנדון – הנושא של המכתב · מתוחזק – שמטפלים בו ושומרים עליו במצב טוב · תקציב – הכסף שיש למוסד להוציא · עצומה – מכתב או רשימה שהרבה אנשים חותמים עליה כדי לבקש משהו · נציג – מי שבא בשם מישהו אחר · רווח – תועלת, דבר טוב שמקבלים</w:t>
      </w:r>
    </w:p>
    <w:p>
      <w:pPr>
        <w:pStyle w:val="Heading3"/>
        <w:bidi w:val="1"/>
        <w:jc w:val="right"/>
      </w:pPr>
      <w:r>
        <w:rPr>
          <w:rFonts w:ascii="Arial" w:hAnsi="Arial" w:cs="Arial"/>
          <w:b/>
          <w:color w:val="6B4FC4"/>
          <w:sz w:val="26"/>
          <w:rtl w:val="1"/>
          <w:szCs w:val="26"/>
          <w:bCs/>
        </w:rPr>
        <w:t>שאלות על הטקסט ״בקשה לשיפוץ מגרש הספורט בשכונת הגפן״</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למי נשלח המכתב?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לראש המועצה המקומית</w:t>
      </w:r>
    </w:p>
    <w:p>
      <w:pPr>
        <w:bidi w:val="1"/>
        <w:jc w:val="right"/>
      </w:pPr>
      <w:r>
        <w:rPr>
          <w:rFonts w:ascii="Arial" w:hAnsi="Arial" w:cs="Arial"/>
          <w:b w:val="0"/>
          <w:sz w:val="24"/>
          <w:rtl w:val="1"/>
          <w:szCs w:val="24"/>
        </w:rPr>
        <w:t xml:space="preserve">   ◯ ב. למנהלת בית הספר</w:t>
      </w:r>
    </w:p>
    <w:p>
      <w:pPr>
        <w:bidi w:val="1"/>
        <w:jc w:val="right"/>
      </w:pPr>
      <w:r>
        <w:rPr>
          <w:rFonts w:ascii="Arial" w:hAnsi="Arial" w:cs="Arial"/>
          <w:b w:val="0"/>
          <w:sz w:val="24"/>
          <w:rtl w:val="1"/>
          <w:szCs w:val="24"/>
        </w:rPr>
        <w:t xml:space="preserve">   ◯ ג. להורים</w:t>
      </w:r>
    </w:p>
    <w:p>
      <w:pPr>
        <w:bidi w:val="1"/>
        <w:jc w:val="right"/>
      </w:pPr>
      <w:r>
        <w:rPr>
          <w:rFonts w:ascii="Arial" w:hAnsi="Arial" w:cs="Arial"/>
          <w:b/>
          <w:color w:val="2B8F86"/>
          <w:sz w:val="23"/>
          <w:rtl w:val="1"/>
          <w:szCs w:val="23"/>
          <w:bCs/>
        </w:rPr>
        <w:t>✏️ את המכתב כתבו… והוא נשלח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מהבאים הוא בעיה במגרש?</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אין תאורה</w:t>
      </w:r>
    </w:p>
    <w:p>
      <w:pPr>
        <w:bidi w:val="1"/>
        <w:jc w:val="right"/>
      </w:pPr>
      <w:r>
        <w:rPr>
          <w:rFonts w:ascii="Arial" w:hAnsi="Arial" w:cs="Arial"/>
          <w:b w:val="0"/>
          <w:sz w:val="24"/>
          <w:rtl w:val="1"/>
          <w:szCs w:val="24"/>
        </w:rPr>
        <w:t xml:space="preserve">   ◯ ב. יש יותר מדי ספסלים</w:t>
      </w:r>
    </w:p>
    <w:p>
      <w:pPr>
        <w:bidi w:val="1"/>
        <w:jc w:val="right"/>
      </w:pPr>
      <w:r>
        <w:rPr>
          <w:rFonts w:ascii="Arial" w:hAnsi="Arial" w:cs="Arial"/>
          <w:b w:val="0"/>
          <w:sz w:val="24"/>
          <w:rtl w:val="1"/>
          <w:szCs w:val="24"/>
        </w:rPr>
        <w:t xml:space="preserve">   ◯ ג. הדשא גבוה</w:t>
      </w:r>
    </w:p>
    <w:p>
      <w:pPr>
        <w:bidi w:val="1"/>
        <w:jc w:val="right"/>
      </w:pPr>
      <w:r>
        <w:rPr>
          <w:rFonts w:ascii="Arial" w:hAnsi="Arial" w:cs="Arial"/>
          <w:b/>
          <w:color w:val="2B8F86"/>
          <w:sz w:val="23"/>
          <w:rtl w:val="1"/>
          <w:szCs w:val="23"/>
          <w:bCs/>
        </w:rPr>
        <w:t>✏️ הבעיות במגרש הן…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התלמידים יעשו בעצמם?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ינקו ויצבעו</w:t>
      </w:r>
    </w:p>
    <w:p>
      <w:pPr>
        <w:bidi w:val="1"/>
        <w:jc w:val="right"/>
      </w:pPr>
      <w:r>
        <w:rPr>
          <w:rFonts w:ascii="Arial" w:hAnsi="Arial" w:cs="Arial"/>
          <w:b w:val="0"/>
          <w:sz w:val="24"/>
          <w:rtl w:val="1"/>
          <w:szCs w:val="24"/>
        </w:rPr>
        <w:t xml:space="preserve">   ◯ ב. יבנו מגרש חדש</w:t>
      </w:r>
    </w:p>
    <w:p>
      <w:pPr>
        <w:bidi w:val="1"/>
        <w:jc w:val="right"/>
      </w:pPr>
      <w:r>
        <w:rPr>
          <w:rFonts w:ascii="Arial" w:hAnsi="Arial" w:cs="Arial"/>
          <w:b w:val="0"/>
          <w:sz w:val="24"/>
          <w:rtl w:val="1"/>
          <w:szCs w:val="24"/>
        </w:rPr>
        <w:t xml:space="preserve">   ◯ ג. ישלמו על השיפוץ</w:t>
      </w:r>
    </w:p>
    <w:p>
      <w:pPr>
        <w:bidi w:val="1"/>
        <w:jc w:val="right"/>
      </w:pPr>
      <w:r>
        <w:rPr>
          <w:rFonts w:ascii="Arial" w:hAnsi="Arial" w:cs="Arial"/>
          <w:b/>
          <w:color w:val="2B8F86"/>
          <w:sz w:val="23"/>
          <w:rtl w:val="1"/>
          <w:szCs w:val="23"/>
          <w:bCs/>
        </w:rPr>
        <w:t>✏️ התלמידים מציעים…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עושות המילים "ראשית, שנית, שלישית"?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מסדרות את הנימוקים</w:t>
      </w:r>
    </w:p>
    <w:p>
      <w:pPr>
        <w:bidi w:val="1"/>
        <w:jc w:val="right"/>
      </w:pPr>
      <w:r>
        <w:rPr>
          <w:rFonts w:ascii="Arial" w:hAnsi="Arial" w:cs="Arial"/>
          <w:b w:val="0"/>
          <w:sz w:val="24"/>
          <w:rtl w:val="1"/>
          <w:szCs w:val="24"/>
        </w:rPr>
        <w:t xml:space="preserve">   ◯ ב. מביעות ניגוד</w:t>
      </w:r>
    </w:p>
    <w:p>
      <w:pPr>
        <w:bidi w:val="1"/>
        <w:jc w:val="right"/>
      </w:pPr>
      <w:r>
        <w:rPr>
          <w:rFonts w:ascii="Arial" w:hAnsi="Arial" w:cs="Arial"/>
          <w:b w:val="0"/>
          <w:sz w:val="24"/>
          <w:rtl w:val="1"/>
          <w:szCs w:val="24"/>
        </w:rPr>
        <w:t xml:space="preserve">   ◯ ג. מתארות זמן ביום</w:t>
      </w:r>
    </w:p>
    <w:p>
      <w:pPr>
        <w:bidi w:val="1"/>
        <w:jc w:val="right"/>
      </w:pPr>
      <w:r>
        <w:rPr>
          <w:rFonts w:ascii="Arial" w:hAnsi="Arial" w:cs="Arial"/>
          <w:b/>
          <w:color w:val="2B8F86"/>
          <w:sz w:val="23"/>
          <w:rtl w:val="1"/>
          <w:szCs w:val="23"/>
          <w:bCs/>
        </w:rPr>
        <w:t>✏️ המילים האלה עוזרות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למה התלמידים מזכירים את התקציב?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שהם מבינים את המועצה</w:t>
      </w:r>
    </w:p>
    <w:p>
      <w:pPr>
        <w:bidi w:val="1"/>
        <w:jc w:val="right"/>
      </w:pPr>
      <w:r>
        <w:rPr>
          <w:rFonts w:ascii="Arial" w:hAnsi="Arial" w:cs="Arial"/>
          <w:b w:val="0"/>
          <w:sz w:val="24"/>
          <w:rtl w:val="1"/>
          <w:szCs w:val="24"/>
        </w:rPr>
        <w:t xml:space="preserve">   ◯ ב. כדי לבקש כסף מההורים</w:t>
      </w:r>
    </w:p>
    <w:p>
      <w:pPr>
        <w:bidi w:val="1"/>
        <w:jc w:val="right"/>
      </w:pPr>
      <w:r>
        <w:rPr>
          <w:rFonts w:ascii="Arial" w:hAnsi="Arial" w:cs="Arial"/>
          <w:b w:val="0"/>
          <w:sz w:val="24"/>
          <w:rtl w:val="1"/>
          <w:szCs w:val="24"/>
        </w:rPr>
        <w:t xml:space="preserve">   ◯ ג. כדי לבטל את הבקשה</w:t>
      </w:r>
    </w:p>
    <w:p>
      <w:pPr>
        <w:bidi w:val="1"/>
        <w:jc w:val="right"/>
      </w:pPr>
      <w:r>
        <w:rPr>
          <w:rFonts w:ascii="Arial" w:hAnsi="Arial" w:cs="Arial"/>
          <w:b/>
          <w:color w:val="2B8F86"/>
          <w:sz w:val="23"/>
          <w:rtl w:val="1"/>
          <w:szCs w:val="23"/>
          <w:bCs/>
        </w:rPr>
        <w:t>✏️ התלמידים כתבו זאת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צירפו עצומה?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להראות שהרבה אנשים תומכים</w:t>
      </w:r>
    </w:p>
    <w:p>
      <w:pPr>
        <w:bidi w:val="1"/>
        <w:jc w:val="right"/>
      </w:pPr>
      <w:r>
        <w:rPr>
          <w:rFonts w:ascii="Arial" w:hAnsi="Arial" w:cs="Arial"/>
          <w:b w:val="0"/>
          <w:sz w:val="24"/>
          <w:rtl w:val="1"/>
          <w:szCs w:val="24"/>
        </w:rPr>
        <w:t xml:space="preserve">   ◯ ב. להזמין לטורניר</w:t>
      </w:r>
    </w:p>
    <w:p>
      <w:pPr>
        <w:bidi w:val="1"/>
        <w:jc w:val="right"/>
      </w:pPr>
      <w:r>
        <w:rPr>
          <w:rFonts w:ascii="Arial" w:hAnsi="Arial" w:cs="Arial"/>
          <w:b w:val="0"/>
          <w:sz w:val="24"/>
          <w:rtl w:val="1"/>
          <w:szCs w:val="24"/>
        </w:rPr>
        <w:t xml:space="preserve">   ◯ ג. לשלם על השיפוץ</w:t>
      </w:r>
    </w:p>
    <w:p>
      <w:pPr>
        <w:bidi w:val="1"/>
        <w:jc w:val="right"/>
      </w:pPr>
      <w:r>
        <w:rPr>
          <w:rFonts w:ascii="Arial" w:hAnsi="Arial" w:cs="Arial"/>
          <w:b/>
          <w:color w:val="2B8F86"/>
          <w:sz w:val="23"/>
          <w:rtl w:val="1"/>
          <w:szCs w:val="23"/>
          <w:bCs/>
        </w:rPr>
        <w:t>✏️ העצומה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באיזו פסקה כתובה הבקשה?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פסקה 1</w:t>
      </w:r>
    </w:p>
    <w:p>
      <w:pPr>
        <w:bidi w:val="1"/>
        <w:jc w:val="right"/>
      </w:pPr>
      <w:r>
        <w:rPr>
          <w:rFonts w:ascii="Arial" w:hAnsi="Arial" w:cs="Arial"/>
          <w:b w:val="0"/>
          <w:sz w:val="24"/>
          <w:rtl w:val="1"/>
          <w:szCs w:val="24"/>
        </w:rPr>
        <w:t xml:space="preserve">   ◯ ב. פסקה 3</w:t>
      </w:r>
    </w:p>
    <w:p>
      <w:pPr>
        <w:bidi w:val="1"/>
        <w:jc w:val="right"/>
      </w:pPr>
      <w:r>
        <w:rPr>
          <w:rFonts w:ascii="Arial" w:hAnsi="Arial" w:cs="Arial"/>
          <w:b w:val="0"/>
          <w:sz w:val="24"/>
          <w:rtl w:val="1"/>
          <w:szCs w:val="24"/>
        </w:rPr>
        <w:t xml:space="preserve">   ◯ ג. פסקה 6</w:t>
      </w:r>
    </w:p>
    <w:p>
      <w:pPr>
        <w:bidi w:val="1"/>
        <w:jc w:val="right"/>
      </w:pPr>
      <w:r>
        <w:rPr>
          <w:rFonts w:ascii="Arial" w:hAnsi="Arial" w:cs="Arial"/>
          <w:b/>
          <w:color w:val="2B8F86"/>
          <w:sz w:val="23"/>
          <w:rtl w:val="1"/>
          <w:szCs w:val="23"/>
          <w:bCs/>
        </w:rPr>
        <w:t>✏️ הבקשה מופיעה בפסקה… והנימוקים בפסקה…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איזה נימוק הכי משכנע?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בטיחות</w:t>
      </w:r>
    </w:p>
    <w:p>
      <w:pPr>
        <w:bidi w:val="1"/>
        <w:jc w:val="right"/>
      </w:pPr>
      <w:r>
        <w:rPr>
          <w:rFonts w:ascii="Arial" w:hAnsi="Arial" w:cs="Arial"/>
          <w:b w:val="0"/>
          <w:sz w:val="24"/>
          <w:rtl w:val="1"/>
          <w:szCs w:val="24"/>
        </w:rPr>
        <w:t xml:space="preserve">   ◯ ב. בריאות</w:t>
      </w:r>
    </w:p>
    <w:p>
      <w:pPr>
        <w:bidi w:val="1"/>
        <w:jc w:val="right"/>
      </w:pPr>
      <w:r>
        <w:rPr>
          <w:rFonts w:ascii="Arial" w:hAnsi="Arial" w:cs="Arial"/>
          <w:b w:val="0"/>
          <w:sz w:val="24"/>
          <w:rtl w:val="1"/>
          <w:szCs w:val="24"/>
        </w:rPr>
        <w:t xml:space="preserve">   ◯ ג. קהילה</w:t>
      </w:r>
    </w:p>
    <w:p>
      <w:pPr>
        <w:bidi w:val="1"/>
        <w:jc w:val="right"/>
      </w:pPr>
      <w:r>
        <w:rPr>
          <w:rFonts w:ascii="Arial" w:hAnsi="Arial" w:cs="Arial"/>
          <w:b/>
          <w:color w:val="2B8F86"/>
          <w:sz w:val="23"/>
          <w:rtl w:val="1"/>
          <w:szCs w:val="23"/>
          <w:bCs/>
        </w:rPr>
        <w:t>✏️ הנימוק המשכנע ביותר הוא…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איזה ביטוי מראה לשון רשמית?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"בכבוד רב"</w:t>
      </w:r>
    </w:p>
    <w:p>
      <w:pPr>
        <w:bidi w:val="1"/>
        <w:jc w:val="right"/>
      </w:pPr>
      <w:r>
        <w:rPr>
          <w:rFonts w:ascii="Arial" w:hAnsi="Arial" w:cs="Arial"/>
          <w:b w:val="0"/>
          <w:sz w:val="24"/>
          <w:rtl w:val="1"/>
          <w:szCs w:val="24"/>
        </w:rPr>
        <w:t xml:space="preserve">   ◯ ב. "יאללה ביי"</w:t>
      </w:r>
    </w:p>
    <w:p>
      <w:pPr>
        <w:bidi w:val="1"/>
        <w:jc w:val="right"/>
      </w:pPr>
      <w:r>
        <w:rPr>
          <w:rFonts w:ascii="Arial" w:hAnsi="Arial" w:cs="Arial"/>
          <w:b w:val="0"/>
          <w:sz w:val="24"/>
          <w:rtl w:val="1"/>
          <w:szCs w:val="24"/>
        </w:rPr>
        <w:t xml:space="preserve">   ◯ ג. "מה נשמע"</w:t>
      </w:r>
    </w:p>
    <w:p>
      <w:pPr>
        <w:bidi w:val="1"/>
        <w:jc w:val="right"/>
      </w:pPr>
      <w:r>
        <w:rPr>
          <w:rFonts w:ascii="Arial" w:hAnsi="Arial" w:cs="Arial"/>
          <w:b/>
          <w:color w:val="2B8F86"/>
          <w:sz w:val="23"/>
          <w:rtl w:val="1"/>
          <w:szCs w:val="23"/>
          <w:bCs/>
        </w:rPr>
        <w:t>✏️ הלשון במכתב… למשל… הייתי משפר/ת…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לדעתכם קורה למוח שלנו אחרי יום לימודים ארוך? האם שיעורי בית עוזרים לו – או מעייפים אותו עוד יותר?</w:t>
      </w:r>
    </w:p>
    <w:p>
      <w:pPr>
        <w:bidi w:val="1"/>
        <w:jc w:val="right"/>
      </w:pPr>
      <w:r>
        <w:rPr>
          <w:rFonts w:ascii="Arial" w:hAnsi="Arial" w:cs="Arial"/>
          <w:b/>
          <w:color w:val="2B8F86"/>
          <w:sz w:val="21"/>
          <w:rtl w:val="1"/>
          <w:szCs w:val="21"/>
          <w:bCs/>
        </w:rPr>
        <w:t>טקסט 5 · טקסט טיעוני</w:t>
      </w:r>
    </w:p>
    <w:p>
      <w:pPr>
        <w:pStyle w:val="Heading2"/>
        <w:bidi w:val="1"/>
        <w:jc w:val="right"/>
      </w:pPr>
      <w:r>
        <w:rPr>
          <w:rFonts w:ascii="Arial" w:hAnsi="Arial" w:cs="Arial"/>
          <w:b/>
          <w:color w:val="2B8F86"/>
          <w:sz w:val="30"/>
          <w:rtl w:val="1"/>
          <w:szCs w:val="30"/>
          <w:bCs/>
        </w:rPr>
        <w:t>פחות דפים, יותר למידה: על שיעורי הבית היומיים</w:t>
      </w:r>
    </w:p>
    <w:p>
      <w:pPr>
        <w:bidi w:val="1"/>
        <w:jc w:val="right"/>
      </w:pPr>
      <w:r>
        <w:rPr>
          <w:rFonts w:ascii="Arial" w:hAnsi="Arial" w:cs="Arial"/>
          <w:b/>
          <w:color w:val="5D5675"/>
          <w:sz w:val="24"/>
          <w:rtl w:val="1"/>
          <w:szCs w:val="24"/>
          <w:bCs/>
        </w:rPr>
        <w:t>מאמר דעה של תלמידת כיתה ח׳: האם באמת צריך שיעורי בית בכל יום?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אני חוזרת מאוחר אחרי לימודים, אימון ועזרה בבית. ואז יש לי הרבה שיעורי בית. הטענה שלי: לא צריך שיעורי בית כל יום. מספיק פעמיים או שלוש בשבוע.</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נימוק 1 – מנוחה. המוח צריך לנוח ולישון. תלמיד עייף לומד פחות טוב.</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נימוק 2 – איכות. שיעורים פעמיים בשבוע יכולים להיות מעניינים יותר. שיעורים כל יום הם לפעמים חזרה משעממת.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נימוק 3 – הוגנות. לא לכל התלמידים יש בבית מקום שקט ועזרה. בכיתה כולם מקבלים עזרה שווה.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אומרים: בלי שיעורים כל יום נשכח את החומר. זה חשוב. אבל אפשר לחזור על החומר בתחילת השיעור.</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סיכום: לא לבטל שיעורי בית, אלא לתת פחות. שני ערבים בשבוע בלי שיעורים. אלינור, כיתה ח׳.</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לעבד – לסדר בראש ולהבין מידע חדש · בקפידה – בזהירות ובתשומת לב · הוגנות – יחס שווה וצודק לכולם · פער – הבדל גדול בין שני דברים או אנשים · משמעת עצמית – היכולת לעשות מה שצריך גם בלי שמישהו יכריח · רעננים – נחים ומלאי כוח</w:t>
      </w:r>
    </w:p>
    <w:p>
      <w:pPr>
        <w:pStyle w:val="Heading3"/>
        <w:bidi w:val="1"/>
        <w:jc w:val="right"/>
      </w:pPr>
      <w:r>
        <w:rPr>
          <w:rFonts w:ascii="Arial" w:hAnsi="Arial" w:cs="Arial"/>
          <w:b/>
          <w:color w:val="6B4FC4"/>
          <w:sz w:val="26"/>
          <w:rtl w:val="1"/>
          <w:szCs w:val="26"/>
          <w:bCs/>
        </w:rPr>
        <w:t>שאלות על הטקסט ״פחות דפים, יותר למידה: על שיעורי הבית היומיים״</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הכותבת חושבת?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שצריך שיעורי בית כל יום</w:t>
      </w:r>
    </w:p>
    <w:p>
      <w:pPr>
        <w:bidi w:val="1"/>
        <w:jc w:val="right"/>
      </w:pPr>
      <w:r>
        <w:rPr>
          <w:rFonts w:ascii="Arial" w:hAnsi="Arial" w:cs="Arial"/>
          <w:b w:val="0"/>
          <w:sz w:val="24"/>
          <w:rtl w:val="1"/>
          <w:szCs w:val="24"/>
        </w:rPr>
        <w:t xml:space="preserve">   ◯ ב. שצריך שיעורי בית רק פעמיים–שלוש בשבוע</w:t>
      </w:r>
    </w:p>
    <w:p>
      <w:pPr>
        <w:bidi w:val="1"/>
        <w:jc w:val="right"/>
      </w:pPr>
      <w:r>
        <w:rPr>
          <w:rFonts w:ascii="Arial" w:hAnsi="Arial" w:cs="Arial"/>
          <w:b w:val="0"/>
          <w:sz w:val="24"/>
          <w:rtl w:val="1"/>
          <w:szCs w:val="24"/>
        </w:rPr>
        <w:t xml:space="preserve">   ◯ ג. שצריך לבטל את בית הספר</w:t>
      </w:r>
    </w:p>
    <w:p>
      <w:pPr>
        <w:bidi w:val="1"/>
        <w:jc w:val="right"/>
      </w:pPr>
      <w:r>
        <w:rPr>
          <w:rFonts w:ascii="Arial" w:hAnsi="Arial" w:cs="Arial"/>
          <w:b/>
          <w:color w:val="2B8F86"/>
          <w:sz w:val="23"/>
          <w:rtl w:val="1"/>
          <w:szCs w:val="23"/>
          <w:bCs/>
        </w:rPr>
        <w:t>✏️ הכותבת טוענת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אחד הנימוקים של הכותבת?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מנוחה</w:t>
      </w:r>
    </w:p>
    <w:p>
      <w:pPr>
        <w:bidi w:val="1"/>
        <w:jc w:val="right"/>
      </w:pPr>
      <w:r>
        <w:rPr>
          <w:rFonts w:ascii="Arial" w:hAnsi="Arial" w:cs="Arial"/>
          <w:b w:val="0"/>
          <w:sz w:val="24"/>
          <w:rtl w:val="1"/>
          <w:szCs w:val="24"/>
        </w:rPr>
        <w:t xml:space="preserve">   ◯ ב. מחיר הספרים</w:t>
      </w:r>
    </w:p>
    <w:p>
      <w:pPr>
        <w:bidi w:val="1"/>
        <w:jc w:val="right"/>
      </w:pPr>
      <w:r>
        <w:rPr>
          <w:rFonts w:ascii="Arial" w:hAnsi="Arial" w:cs="Arial"/>
          <w:b w:val="0"/>
          <w:sz w:val="24"/>
          <w:rtl w:val="1"/>
          <w:szCs w:val="24"/>
        </w:rPr>
        <w:t xml:space="preserve">   ◯ ג. מזג האוויר</w:t>
      </w:r>
    </w:p>
    <w:p>
      <w:pPr>
        <w:bidi w:val="1"/>
        <w:jc w:val="right"/>
      </w:pPr>
      <w:r>
        <w:rPr>
          <w:rFonts w:ascii="Arial" w:hAnsi="Arial" w:cs="Arial"/>
          <w:b/>
          <w:color w:val="2B8F86"/>
          <w:sz w:val="23"/>
          <w:rtl w:val="1"/>
          <w:szCs w:val="23"/>
          <w:bCs/>
        </w:rPr>
        <w:t>✏️ הנימוקים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מציעה הכותבת במקום שיעורי בית יומיים?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חזרה קצרה בתחילת השיעור</w:t>
      </w:r>
    </w:p>
    <w:p>
      <w:pPr>
        <w:bidi w:val="1"/>
        <w:jc w:val="right"/>
      </w:pPr>
      <w:r>
        <w:rPr>
          <w:rFonts w:ascii="Arial" w:hAnsi="Arial" w:cs="Arial"/>
          <w:b w:val="0"/>
          <w:sz w:val="24"/>
          <w:rtl w:val="1"/>
          <w:szCs w:val="24"/>
        </w:rPr>
        <w:t xml:space="preserve">   ◯ ב. עוד מבחנים</w:t>
      </w:r>
    </w:p>
    <w:p>
      <w:pPr>
        <w:bidi w:val="1"/>
        <w:jc w:val="right"/>
      </w:pPr>
      <w:r>
        <w:rPr>
          <w:rFonts w:ascii="Arial" w:hAnsi="Arial" w:cs="Arial"/>
          <w:b w:val="0"/>
          <w:sz w:val="24"/>
          <w:rtl w:val="1"/>
          <w:szCs w:val="24"/>
        </w:rPr>
        <w:t xml:space="preserve">   ◯ ג. לימודים בשבת</w:t>
      </w:r>
    </w:p>
    <w:p>
      <w:pPr>
        <w:bidi w:val="1"/>
        <w:jc w:val="right"/>
      </w:pPr>
      <w:r>
        <w:rPr>
          <w:rFonts w:ascii="Arial" w:hAnsi="Arial" w:cs="Arial"/>
          <w:b/>
          <w:color w:val="2B8F86"/>
          <w:sz w:val="23"/>
          <w:rtl w:val="1"/>
          <w:szCs w:val="23"/>
          <w:bCs/>
        </w:rPr>
        <w:t>✏️ הדרכים הן…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הכותבת מתחילה בסיפור על ערב שלה?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שנבין ונזדהה עם הבעיה</w:t>
      </w:r>
    </w:p>
    <w:p>
      <w:pPr>
        <w:bidi w:val="1"/>
        <w:jc w:val="right"/>
      </w:pPr>
      <w:r>
        <w:rPr>
          <w:rFonts w:ascii="Arial" w:hAnsi="Arial" w:cs="Arial"/>
          <w:b w:val="0"/>
          <w:sz w:val="24"/>
          <w:rtl w:val="1"/>
          <w:szCs w:val="24"/>
        </w:rPr>
        <w:t xml:space="preserve">   ◯ ב. כדי לספר על כדורעף</w:t>
      </w:r>
    </w:p>
    <w:p>
      <w:pPr>
        <w:bidi w:val="1"/>
        <w:jc w:val="right"/>
      </w:pPr>
      <w:r>
        <w:rPr>
          <w:rFonts w:ascii="Arial" w:hAnsi="Arial" w:cs="Arial"/>
          <w:b w:val="0"/>
          <w:sz w:val="24"/>
          <w:rtl w:val="1"/>
          <w:szCs w:val="24"/>
        </w:rPr>
        <w:t xml:space="preserve">   ◯ ג. כדי לשבח את המורים</w:t>
      </w:r>
    </w:p>
    <w:p>
      <w:pPr>
        <w:bidi w:val="1"/>
        <w:jc w:val="right"/>
      </w:pPr>
      <w:r>
        <w:rPr>
          <w:rFonts w:ascii="Arial" w:hAnsi="Arial" w:cs="Arial"/>
          <w:b/>
          <w:color w:val="2B8F86"/>
          <w:sz w:val="23"/>
          <w:rtl w:val="1"/>
          <w:szCs w:val="23"/>
          <w:bCs/>
        </w:rPr>
        <w:t>✏️ הכותבת פותחת כך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למה שיעורי בית יכולים להזיק?</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התלמיד עייף ולא מרוכז</w:t>
      </w:r>
    </w:p>
    <w:p>
      <w:pPr>
        <w:bidi w:val="1"/>
        <w:jc w:val="right"/>
      </w:pPr>
      <w:r>
        <w:rPr>
          <w:rFonts w:ascii="Arial" w:hAnsi="Arial" w:cs="Arial"/>
          <w:b w:val="0"/>
          <w:sz w:val="24"/>
          <w:rtl w:val="1"/>
          <w:szCs w:val="24"/>
        </w:rPr>
        <w:t xml:space="preserve">   ◯ ב. כי הם קלים מדי</w:t>
      </w:r>
    </w:p>
    <w:p>
      <w:pPr>
        <w:bidi w:val="1"/>
        <w:jc w:val="right"/>
      </w:pPr>
      <w:r>
        <w:rPr>
          <w:rFonts w:ascii="Arial" w:hAnsi="Arial" w:cs="Arial"/>
          <w:b w:val="0"/>
          <w:sz w:val="24"/>
          <w:rtl w:val="1"/>
          <w:szCs w:val="24"/>
        </w:rPr>
        <w:t xml:space="preserve">   ◯ ג. כי אין מספיק דפים</w:t>
      </w:r>
    </w:p>
    <w:p>
      <w:pPr>
        <w:bidi w:val="1"/>
        <w:jc w:val="right"/>
      </w:pPr>
      <w:r>
        <w:rPr>
          <w:rFonts w:ascii="Arial" w:hAnsi="Arial" w:cs="Arial"/>
          <w:b/>
          <w:color w:val="2B8F86"/>
          <w:sz w:val="23"/>
          <w:rtl w:val="1"/>
          <w:szCs w:val="23"/>
          <w:bCs/>
        </w:rPr>
        <w:t>✏️ שיעורי הבית פוגעים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הכותבת עושה עם הטענה הנגדית?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מסכימה בחלק ומציעה פתרון אחר</w:t>
      </w:r>
    </w:p>
    <w:p>
      <w:pPr>
        <w:bidi w:val="1"/>
        <w:jc w:val="right"/>
      </w:pPr>
      <w:r>
        <w:rPr>
          <w:rFonts w:ascii="Arial" w:hAnsi="Arial" w:cs="Arial"/>
          <w:b w:val="0"/>
          <w:sz w:val="24"/>
          <w:rtl w:val="1"/>
          <w:szCs w:val="24"/>
        </w:rPr>
        <w:t xml:space="preserve">   ◯ ב. מתעלמת ממנה</w:t>
      </w:r>
    </w:p>
    <w:p>
      <w:pPr>
        <w:bidi w:val="1"/>
        <w:jc w:val="right"/>
      </w:pPr>
      <w:r>
        <w:rPr>
          <w:rFonts w:ascii="Arial" w:hAnsi="Arial" w:cs="Arial"/>
          <w:b w:val="0"/>
          <w:sz w:val="24"/>
          <w:rtl w:val="1"/>
          <w:szCs w:val="24"/>
        </w:rPr>
        <w:t xml:space="preserve">   ◯ ג. מסכימה איתה לגמרי</w:t>
      </w:r>
    </w:p>
    <w:p>
      <w:pPr>
        <w:bidi w:val="1"/>
        <w:jc w:val="right"/>
      </w:pPr>
      <w:r>
        <w:rPr>
          <w:rFonts w:ascii="Arial" w:hAnsi="Arial" w:cs="Arial"/>
          <w:b/>
          <w:color w:val="2B8F86"/>
          <w:sz w:val="23"/>
          <w:rtl w:val="1"/>
          <w:szCs w:val="23"/>
          <w:bCs/>
        </w:rPr>
        <w:t>✏️ הכותבת מסכימה ש… אבל…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קורה כשיש הרבה שיעורי בית?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הפער בין תלמידים גדל</w:t>
      </w:r>
    </w:p>
    <w:p>
      <w:pPr>
        <w:bidi w:val="1"/>
        <w:jc w:val="right"/>
      </w:pPr>
      <w:r>
        <w:rPr>
          <w:rFonts w:ascii="Arial" w:hAnsi="Arial" w:cs="Arial"/>
          <w:b w:val="0"/>
          <w:sz w:val="24"/>
          <w:rtl w:val="1"/>
          <w:szCs w:val="24"/>
        </w:rPr>
        <w:t xml:space="preserve">   ◯ ב. כולם מצליחים אותו דבר</w:t>
      </w:r>
    </w:p>
    <w:p>
      <w:pPr>
        <w:bidi w:val="1"/>
        <w:jc w:val="right"/>
      </w:pPr>
      <w:r>
        <w:rPr>
          <w:rFonts w:ascii="Arial" w:hAnsi="Arial" w:cs="Arial"/>
          <w:b w:val="0"/>
          <w:sz w:val="24"/>
          <w:rtl w:val="1"/>
          <w:szCs w:val="24"/>
        </w:rPr>
        <w:t xml:space="preserve">   ◯ ג. אין שום שינוי</w:t>
      </w:r>
    </w:p>
    <w:p>
      <w:pPr>
        <w:bidi w:val="1"/>
        <w:jc w:val="right"/>
      </w:pPr>
      <w:r>
        <w:rPr>
          <w:rFonts w:ascii="Arial" w:hAnsi="Arial" w:cs="Arial"/>
          <w:b/>
          <w:color w:val="2B8F86"/>
          <w:sz w:val="23"/>
          <w:rtl w:val="1"/>
          <w:szCs w:val="23"/>
          <w:bCs/>
        </w:rPr>
        <w:t>✏️ אפשר להסיק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אפשר לעשות "מפת שיעורי בית"?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בעזרת לוח משותף למורים</w:t>
      </w:r>
    </w:p>
    <w:p>
      <w:pPr>
        <w:bidi w:val="1"/>
        <w:jc w:val="right"/>
      </w:pPr>
      <w:r>
        <w:rPr>
          <w:rFonts w:ascii="Arial" w:hAnsi="Arial" w:cs="Arial"/>
          <w:b w:val="0"/>
          <w:sz w:val="24"/>
          <w:rtl w:val="1"/>
          <w:szCs w:val="24"/>
        </w:rPr>
        <w:t xml:space="preserve">   ◯ ב. לא, אסור למורים לדבר</w:t>
      </w:r>
    </w:p>
    <w:p>
      <w:pPr>
        <w:bidi w:val="1"/>
        <w:jc w:val="right"/>
      </w:pPr>
      <w:r>
        <w:rPr>
          <w:rFonts w:ascii="Arial" w:hAnsi="Arial" w:cs="Arial"/>
          <w:b w:val="0"/>
          <w:sz w:val="24"/>
          <w:rtl w:val="1"/>
          <w:szCs w:val="24"/>
        </w:rPr>
        <w:t xml:space="preserve">   ◯ ג. רק אם מבטלים את בית הספר</w:t>
      </w:r>
    </w:p>
    <w:p>
      <w:pPr>
        <w:bidi w:val="1"/>
        <w:jc w:val="right"/>
      </w:pPr>
      <w:r>
        <w:rPr>
          <w:rFonts w:ascii="Arial" w:hAnsi="Arial" w:cs="Arial"/>
          <w:b/>
          <w:color w:val="2B8F86"/>
          <w:sz w:val="23"/>
          <w:rtl w:val="1"/>
          <w:szCs w:val="23"/>
          <w:bCs/>
        </w:rPr>
        <w:t>✏️ לדעתי ההצעה…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הכותבת שכנעה אותך?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w:t>
      </w:r>
    </w:p>
    <w:p>
      <w:pPr>
        <w:bidi w:val="1"/>
        <w:jc w:val="right"/>
      </w:pPr>
      <w:r>
        <w:rPr>
          <w:rFonts w:ascii="Arial" w:hAnsi="Arial" w:cs="Arial"/>
          <w:b w:val="0"/>
          <w:sz w:val="24"/>
          <w:rtl w:val="1"/>
          <w:szCs w:val="24"/>
        </w:rPr>
        <w:t xml:space="preserve">   ◯ ב. לא</w:t>
      </w:r>
    </w:p>
    <w:p>
      <w:pPr>
        <w:bidi w:val="1"/>
        <w:jc w:val="right"/>
      </w:pPr>
      <w:r>
        <w:rPr>
          <w:rFonts w:ascii="Arial" w:hAnsi="Arial" w:cs="Arial"/>
          <w:b w:val="0"/>
          <w:sz w:val="24"/>
          <w:rtl w:val="1"/>
          <w:szCs w:val="24"/>
        </w:rPr>
        <w:t xml:space="preserve">   ◯ ג. חלקית</w:t>
      </w:r>
    </w:p>
    <w:p>
      <w:pPr>
        <w:bidi w:val="1"/>
        <w:jc w:val="right"/>
      </w:pPr>
      <w:r>
        <w:rPr>
          <w:rFonts w:ascii="Arial" w:hAnsi="Arial" w:cs="Arial"/>
          <w:b/>
          <w:color w:val="2B8F86"/>
          <w:sz w:val="23"/>
          <w:rtl w:val="1"/>
          <w:szCs w:val="23"/>
          <w:bCs/>
        </w:rPr>
        <w:t>✏️ הכותבת (לא) שכנעה אותי כי… וגם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ח׳ – חנ״מ – מותאם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